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highlight w:val="yellow"/>
        </w:rPr>
        <w:t>[Prénom NOM]</w:t>
      </w:r>
    </w:p>
    <w:p>
      <w:pPr>
        <w:spacing w:before="0" w:after="0"/>
      </w:pPr>
      <w:r>
        <w:rPr>
          <w:b w:val="0"/>
          <w:i w:val="0"/>
          <w:highlight w:val="yellow"/>
        </w:rPr>
        <w:t>[Adresse]</w:t>
      </w:r>
    </w:p>
    <w:p>
      <w:pPr>
        <w:spacing w:before="0" w:after="0"/>
      </w:pPr>
      <w:r>
        <w:rPr>
          <w:b w:val="0"/>
          <w:i w:val="0"/>
          <w:highlight w:val="yellow"/>
        </w:rPr>
        <w:t>[Code postal]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[Ville]</w:t>
      </w:r>
    </w:p>
    <w:p>
      <w:pPr>
        <w:spacing w:before="0" w:after="0"/>
      </w:pPr>
      <w:r>
        <w:rPr>
          <w:b w:val="0"/>
          <w:i w:val="0"/>
        </w:rPr>
        <w:t xml:space="preserve">Tél. : </w:t>
      </w:r>
      <w:r>
        <w:rPr>
          <w:b w:val="0"/>
          <w:i w:val="0"/>
          <w:highlight w:val="yellow"/>
        </w:rPr>
        <w:t>[téléphone]</w:t>
      </w:r>
      <w:r>
        <w:rPr>
          <w:b w:val="0"/>
          <w:i w:val="0"/>
        </w:rPr>
        <w:t xml:space="preserve"> — Courriel : </w:t>
      </w:r>
      <w:r>
        <w:rPr>
          <w:b w:val="0"/>
          <w:i w:val="0"/>
          <w:highlight w:val="yellow"/>
        </w:rPr>
        <w:t>[adresse électronique]</w:t>
      </w:r>
    </w:p>
    <w:p>
      <w:pPr>
        <w:spacing w:before="0" w:after="80"/>
      </w:pPr>
    </w:p>
    <w:p>
      <w:pPr>
        <w:spacing w:before="0" w:after="0"/>
        <w:ind w:left="5102"/>
      </w:pPr>
      <w:r>
        <w:rPr>
          <w:b/>
          <w:i w:val="0"/>
          <w:highlight w:val="yellow"/>
        </w:rPr>
        <w:t>[Madame / Monsieur]</w:t>
      </w:r>
      <w:r>
        <w:rPr>
          <w:b/>
          <w:i w:val="0"/>
        </w:rPr>
        <w:t xml:space="preserve"> l’Officier du ministère public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[Adresse figurant sur l’avis de contravention]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[Code postal]</w:t>
      </w:r>
      <w:r>
        <w:rPr>
          <w:b w:val="0"/>
          <w:i w:val="0"/>
        </w:rPr>
        <w:t xml:space="preserve"> </w:t>
      </w:r>
      <w:r>
        <w:rPr>
          <w:b w:val="0"/>
          <w:i w:val="0"/>
          <w:highlight w:val="yellow"/>
        </w:rPr>
        <w:t>[Ville]</w:t>
      </w:r>
    </w:p>
    <w:p>
      <w:pPr>
        <w:spacing w:before="0" w:after="80"/>
      </w:pPr>
    </w:p>
    <w:p>
      <w:pPr>
        <w:spacing w:before="0" w:after="240"/>
        <w:ind w:left="5102"/>
      </w:pPr>
      <w:r>
        <w:rPr>
          <w:b w:val="0"/>
          <w:i w:val="0"/>
          <w:highlight w:val="yellow"/>
        </w:rPr>
        <w:t>[Ville]</w:t>
      </w:r>
      <w:r>
        <w:rPr>
          <w:b w:val="0"/>
          <w:i w:val="0"/>
        </w:rPr>
        <w:t xml:space="preserve">, le </w:t>
      </w:r>
      <w:r>
        <w:rPr>
          <w:b w:val="0"/>
          <w:i w:val="0"/>
          <w:highlight w:val="yellow"/>
        </w:rPr>
        <w:t>[date]</w:t>
      </w:r>
    </w:p>
    <w:p>
      <w:pPr>
        <w:spacing w:before="0" w:after="40"/>
      </w:pPr>
      <w:r>
        <w:rPr>
          <w:b/>
          <w:i w:val="0"/>
        </w:rPr>
        <w:t>Lettre recommandée avec demande d’avis de réception</w:t>
      </w:r>
    </w:p>
    <w:p>
      <w:pPr>
        <w:spacing w:after="40"/>
      </w:pPr>
      <w:r>
        <w:rPr>
          <w:b/>
          <w:i w:val="0"/>
        </w:rPr>
        <w:t xml:space="preserve">Objet : </w:t>
      </w:r>
      <w:r>
        <w:rPr>
          <w:b/>
          <w:i w:val="0"/>
        </w:rPr>
        <w:t xml:space="preserve">Requête en exonération — avis de contravention n° </w:t>
      </w:r>
      <w:r>
        <w:rPr>
          <w:b/>
          <w:i w:val="0"/>
          <w:highlight w:val="yellow"/>
        </w:rPr>
        <w:t>[numéro]</w:t>
      </w:r>
      <w:r>
        <w:rPr>
          <w:b/>
          <w:i w:val="0"/>
        </w:rPr>
        <w:t xml:space="preserve"> du </w:t>
      </w:r>
      <w:r>
        <w:rPr>
          <w:b/>
          <w:i w:val="0"/>
          <w:highlight w:val="yellow"/>
        </w:rPr>
        <w:t>[date]</w:t>
      </w:r>
    </w:p>
    <w:p>
      <w:pPr>
        <w:spacing w:before="0" w:after="0"/>
      </w:pPr>
      <w:r>
        <w:rPr>
          <w:b w:val="0"/>
          <w:i w:val="0"/>
        </w:rPr>
        <w:t xml:space="preserve">Véhicule immatriculé : </w:t>
      </w:r>
      <w:r>
        <w:rPr>
          <w:b w:val="0"/>
          <w:i w:val="0"/>
          <w:highlight w:val="yellow"/>
        </w:rPr>
        <w:t>[immatriculation]</w:t>
      </w:r>
    </w:p>
    <w:p>
      <w:pPr>
        <w:spacing w:before="0" w:after="0"/>
      </w:pPr>
      <w:r>
        <w:rPr>
          <w:b w:val="0"/>
          <w:i w:val="0"/>
        </w:rPr>
        <w:t xml:space="preserve">Infraction relevée le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 xml:space="preserve"> à </w:t>
      </w:r>
      <w:r>
        <w:rPr>
          <w:b w:val="0"/>
          <w:i w:val="0"/>
          <w:highlight w:val="yellow"/>
        </w:rPr>
        <w:t>[heure]</w:t>
      </w:r>
      <w:r>
        <w:rPr>
          <w:b w:val="0"/>
          <w:i w:val="0"/>
        </w:rPr>
        <w:t xml:space="preserve"> — Lieu : </w:t>
      </w:r>
      <w:r>
        <w:rPr>
          <w:b w:val="0"/>
          <w:i w:val="0"/>
          <w:highlight w:val="yellow"/>
        </w:rPr>
        <w:t>[lieu]</w:t>
      </w:r>
    </w:p>
    <w:p>
      <w:pPr>
        <w:spacing w:before="0" w:after="80"/>
      </w:pPr>
    </w:p>
    <w:p>
      <w:pPr>
        <w:spacing w:before="0" w:after="160"/>
      </w:pPr>
      <w:r>
        <w:rPr>
          <w:b w:val="0"/>
          <w:i w:val="0"/>
          <w:highlight w:val="yellow"/>
        </w:rPr>
        <w:t>[Madame / Monsieur]</w:t>
      </w:r>
      <w:r>
        <w:rPr>
          <w:b w:val="0"/>
          <w:i w:val="0"/>
        </w:rPr>
        <w:t xml:space="preserve"> l’Officier du ministère public</w:t>
      </w:r>
      <w:r>
        <w:rPr>
          <w:b w:val="0"/>
          <w:i w:val="0"/>
        </w:rPr>
        <w:t>,</w:t>
      </w:r>
    </w:p>
    <w:p>
      <w:pPr>
        <w:spacing w:before="0" w:after="160"/>
        <w:jc w:val="both"/>
      </w:pPr>
      <w:r>
        <w:rPr>
          <w:b w:val="0"/>
          <w:i w:val="0"/>
        </w:rPr>
        <w:t xml:space="preserve">J’ai reçu un avis de contravention n° </w:t>
      </w:r>
      <w:r>
        <w:rPr>
          <w:b w:val="0"/>
          <w:i w:val="0"/>
          <w:highlight w:val="yellow"/>
        </w:rPr>
        <w:t>[numéro]</w:t>
      </w:r>
      <w:r>
        <w:rPr>
          <w:b w:val="0"/>
          <w:i w:val="0"/>
        </w:rPr>
        <w:t xml:space="preserve">, daté du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 xml:space="preserve">, relatif à une infraction de </w:t>
      </w:r>
      <w:r>
        <w:rPr>
          <w:b w:val="0"/>
          <w:i w:val="0"/>
          <w:highlight w:val="yellow"/>
        </w:rPr>
        <w:t>[nature : excès de vitesse, franchissement d’un feu rouge…]</w:t>
      </w:r>
      <w:r>
        <w:rPr>
          <w:b w:val="0"/>
          <w:i w:val="0"/>
        </w:rPr>
        <w:t xml:space="preserve"> qui aurait été constatée le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 xml:space="preserve"> à </w:t>
      </w:r>
      <w:r>
        <w:rPr>
          <w:b w:val="0"/>
          <w:i w:val="0"/>
          <w:highlight w:val="yellow"/>
        </w:rPr>
        <w:t>[heure]</w:t>
      </w:r>
      <w:r>
        <w:rPr>
          <w:b w:val="0"/>
          <w:i w:val="0"/>
        </w:rPr>
        <w:t xml:space="preserve">, à </w:t>
      </w:r>
      <w:r>
        <w:rPr>
          <w:b w:val="0"/>
          <w:i w:val="0"/>
          <w:highlight w:val="yellow"/>
        </w:rPr>
        <w:t>[lieu]</w:t>
      </w:r>
      <w:r>
        <w:rPr>
          <w:b w:val="0"/>
          <w:i w:val="0"/>
        </w:rPr>
        <w:t xml:space="preserve">, au moyen du véhicule immatriculé </w:t>
      </w:r>
      <w:r>
        <w:rPr>
          <w:b w:val="0"/>
          <w:i w:val="0"/>
          <w:highlight w:val="yellow"/>
        </w:rPr>
        <w:t>[immatriculation]</w:t>
      </w:r>
      <w:r>
        <w:rPr>
          <w:b w:val="0"/>
          <w:i w:val="0"/>
        </w:rPr>
        <w:t>, dont je suis titulaire du certificat d’immatriculation.</w:t>
      </w:r>
    </w:p>
    <w:p>
      <w:pPr>
        <w:spacing w:before="0" w:after="160"/>
        <w:jc w:val="both"/>
      </w:pPr>
      <w:r>
        <w:rPr>
          <w:b w:val="0"/>
          <w:i w:val="0"/>
        </w:rPr>
        <w:t>Par la présente, et dans le délai de quarante-cinq jours prévu par l’article 529-2 du code de procédure pénale, je forme une requête en exonération, conformément à l’article 529-10 du même code.</w:t>
      </w:r>
    </w:p>
    <w:p>
      <w:pPr>
        <w:spacing w:before="0" w:after="160"/>
        <w:jc w:val="both"/>
      </w:pPr>
      <w:r>
        <w:rPr>
          <w:b w:val="0"/>
          <w:i w:val="0"/>
          <w:highlight w:val="yellow"/>
        </w:rPr>
        <w:t>[Cocher la case correspondant à votre situation et supprimer les autres :]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 xml:space="preserve">☐ Je n’étais pas le conducteur du véhicule au moment des faits. Le conducteur était : </w:t>
      </w:r>
      <w:r>
        <w:rPr>
          <w:b w:val="0"/>
          <w:i w:val="0"/>
          <w:highlight w:val="yellow"/>
        </w:rPr>
        <w:t>[Prénom NOM]</w:t>
      </w:r>
      <w:r>
        <w:rPr>
          <w:b w:val="0"/>
          <w:i w:val="0"/>
        </w:rPr>
        <w:t xml:space="preserve">, né(e) le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 xml:space="preserve"> à </w:t>
      </w:r>
      <w:r>
        <w:rPr>
          <w:b w:val="0"/>
          <w:i w:val="0"/>
          <w:highlight w:val="yellow"/>
        </w:rPr>
        <w:t>[lieu]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highlight w:val="yellow"/>
        </w:rPr>
        <w:t>[adresse]</w:t>
      </w:r>
      <w:r>
        <w:rPr>
          <w:b w:val="0"/>
          <w:i w:val="0"/>
        </w:rPr>
        <w:t xml:space="preserve">, titulaire du permis de conduire n° </w:t>
      </w:r>
      <w:r>
        <w:rPr>
          <w:b w:val="0"/>
          <w:i w:val="0"/>
          <w:highlight w:val="yellow"/>
        </w:rPr>
        <w:t>[numéro]</w:t>
      </w:r>
      <w:r>
        <w:rPr>
          <w:b w:val="0"/>
          <w:i w:val="0"/>
        </w:rPr>
        <w:t xml:space="preserve"> délivré le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 xml:space="preserve"> par </w:t>
      </w:r>
      <w:r>
        <w:rPr>
          <w:b w:val="0"/>
          <w:i w:val="0"/>
          <w:highlight w:val="yellow"/>
        </w:rPr>
        <w:t>[autorité]</w:t>
      </w:r>
      <w:r>
        <w:rPr>
          <w:b w:val="0"/>
          <w:i w:val="0"/>
        </w:rPr>
        <w:t>.</w:t>
      </w:r>
    </w:p>
    <w:p>
      <w:pPr>
        <w:spacing w:before="0" w:after="60"/>
        <w:ind w:left="510" w:hanging="283"/>
        <w:jc w:val="both"/>
      </w:pPr>
      <w:r>
        <w:rPr>
          <w:b w:val="0"/>
          <w:i w:val="0"/>
        </w:rPr>
        <w:t xml:space="preserve">☐ Le véhicule </w:t>
      </w:r>
      <w:r>
        <w:rPr>
          <w:b w:val="0"/>
          <w:i w:val="0"/>
          <w:highlight w:val="yellow"/>
        </w:rPr>
        <w:t>[avait été volé / ses plaques ont fait l’objet d’une usurpation]</w:t>
      </w:r>
      <w:r>
        <w:rPr>
          <w:b w:val="0"/>
          <w:i w:val="0"/>
        </w:rPr>
        <w:t xml:space="preserve">. Je joins le récépissé du dépôt de plainte effectué le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 xml:space="preserve"> auprès de </w:t>
      </w:r>
      <w:r>
        <w:rPr>
          <w:b w:val="0"/>
          <w:i w:val="0"/>
          <w:highlight w:val="yellow"/>
        </w:rPr>
        <w:t>[commissariat / brigade]</w:t>
      </w:r>
      <w:r>
        <w:rPr>
          <w:b w:val="0"/>
          <w:i w:val="0"/>
        </w:rPr>
        <w:t>.</w:t>
      </w:r>
    </w:p>
    <w:p>
      <w:pPr>
        <w:spacing w:before="0" w:after="160"/>
        <w:ind w:left="510" w:hanging="283"/>
        <w:jc w:val="both"/>
      </w:pPr>
      <w:r>
        <w:rPr>
          <w:b w:val="0"/>
          <w:i w:val="0"/>
        </w:rPr>
        <w:t xml:space="preserve">☐ Je conteste la réalité de l’infraction pour les motifs suivants : </w:t>
      </w:r>
      <w:r>
        <w:rPr>
          <w:b w:val="0"/>
          <w:i w:val="0"/>
          <w:highlight w:val="yellow"/>
        </w:rPr>
        <w:t>[exposer précisément et objectivement les motifs : erreur sur le véhicule ou la marque, signalisation absente ou illisible, véhicule ailleurs à la même heure — justificatifs à l’appui…]</w:t>
      </w:r>
      <w:r>
        <w:rPr>
          <w:b w:val="0"/>
          <w:i w:val="0"/>
        </w:rPr>
        <w:t>. Je joins le justificatif du paiement de la consignation, étant précisé que celle-ci ne vaut pas paiement de l’amende.</w:t>
      </w:r>
    </w:p>
    <w:p>
      <w:pPr>
        <w:spacing w:before="0" w:after="160"/>
        <w:jc w:val="both"/>
      </w:pPr>
      <w:r>
        <w:rPr>
          <w:b w:val="0"/>
          <w:i w:val="0"/>
          <w:highlight w:val="yellow"/>
        </w:rPr>
        <w:t>[Le cas échéant :]</w:t>
      </w:r>
      <w:r>
        <w:rPr>
          <w:b w:val="0"/>
          <w:i w:val="0"/>
        </w:rPr>
        <w:t xml:space="preserve"> Je vous serais reconnaissant(e) de bien vouloir me communiquer le cliché photographique de l’infraction ainsi que les éléments relatifs à l’appareil de contrôle utilisé.</w:t>
      </w:r>
    </w:p>
    <w:p>
      <w:pPr>
        <w:spacing w:before="0" w:after="160"/>
        <w:jc w:val="both"/>
      </w:pPr>
      <w:r>
        <w:rPr>
          <w:b w:val="0"/>
          <w:i w:val="0"/>
        </w:rPr>
        <w:t>Je vous demande en conséquence de bien vouloir classer sans suite cette contravention ou, à défaut, de me faire citer devant la juridiction compétente afin que je puisse y faire valoir mes explications.</w:t>
      </w:r>
    </w:p>
    <w:p>
      <w:pPr>
        <w:spacing w:before="0" w:after="360"/>
        <w:jc w:val="both"/>
      </w:pPr>
      <w:r>
        <w:rPr>
          <w:b w:val="0"/>
          <w:i w:val="0"/>
        </w:rPr>
        <w:t xml:space="preserve">Je vous prie d’agréer, </w:t>
      </w:r>
      <w:r>
        <w:rPr>
          <w:b w:val="0"/>
          <w:i w:val="0"/>
          <w:highlight w:val="yellow"/>
        </w:rPr>
        <w:t>[Madame / Monsieur]</w:t>
      </w:r>
      <w:r>
        <w:rPr>
          <w:b w:val="0"/>
          <w:i w:val="0"/>
        </w:rPr>
        <w:t xml:space="preserve"> l’Officier du ministère public</w:t>
      </w:r>
      <w:r>
        <w:rPr>
          <w:b w:val="0"/>
          <w:i w:val="0"/>
        </w:rPr>
        <w:t>, l’expression de ma considération distinguée.</w:t>
      </w:r>
    </w:p>
    <w:p>
      <w:pPr>
        <w:spacing w:before="0" w:after="0"/>
        <w:ind w:left="5102"/>
      </w:pPr>
      <w:r>
        <w:rPr>
          <w:b w:val="0"/>
          <w:i w:val="0"/>
          <w:highlight w:val="yellow"/>
        </w:rPr>
        <w:t>[Signature]</w:t>
      </w:r>
    </w:p>
    <w:p>
      <w:pPr>
        <w:spacing w:before="0" w:after="320"/>
        <w:ind w:left="5102"/>
      </w:pPr>
      <w:r>
        <w:rPr>
          <w:b w:val="0"/>
          <w:i w:val="0"/>
          <w:highlight w:val="yellow"/>
        </w:rPr>
        <w:t>[Prénom NOM]</w:t>
      </w:r>
    </w:p>
    <w:p>
      <w:pPr>
        <w:keepNext/>
        <w:spacing w:before="0" w:after="40"/>
      </w:pPr>
      <w:r>
        <w:rPr>
          <w:b/>
          <w:i w:val="0"/>
        </w:rPr>
        <w:t>Pièces jointes :</w:t>
      </w:r>
    </w:p>
    <w:p>
      <w:pPr>
        <w:spacing w:before="0" w:after="20"/>
        <w:ind w:left="510" w:hanging="283"/>
      </w:pPr>
      <w:r>
        <w:rPr>
          <w:b w:val="0"/>
          <w:i w:val="0"/>
        </w:rPr>
        <w:t>– l’avis de contravention (original)</w:t>
      </w:r>
    </w:p>
    <w:p>
      <w:pPr>
        <w:spacing w:before="0" w:after="20"/>
        <w:ind w:left="510" w:hanging="283"/>
      </w:pPr>
      <w:r>
        <w:rPr>
          <w:b w:val="0"/>
          <w:i w:val="0"/>
        </w:rPr>
        <w:t xml:space="preserve">– </w:t>
      </w:r>
      <w:r>
        <w:rPr>
          <w:b w:val="0"/>
          <w:i w:val="0"/>
          <w:highlight w:val="yellow"/>
        </w:rPr>
        <w:t>[récépissé de dépôt de plainte / justificatif du paiement de la consignation, selon le cas]</w:t>
      </w:r>
    </w:p>
    <w:p>
      <w:pPr>
        <w:spacing w:before="0" w:after="20"/>
        <w:ind w:left="510" w:hanging="283"/>
      </w:pPr>
      <w:r>
        <w:rPr>
          <w:b w:val="0"/>
          <w:i w:val="0"/>
        </w:rPr>
        <w:t xml:space="preserve">– </w:t>
      </w:r>
      <w:r>
        <w:rPr>
          <w:b w:val="0"/>
          <w:i w:val="0"/>
          <w:highlight w:val="yellow"/>
        </w:rPr>
        <w:t>[justificatifs à l’appui de la contestation]</w:t>
      </w:r>
    </w:p>
    <w:p>
      <w:r>
        <w:br w:type="page"/>
      </w:r>
    </w:p>
    <w:p>
      <w:pPr>
        <w:spacing w:before="0" w:after="80"/>
      </w:pPr>
      <w:r>
        <w:rPr>
          <w:b/>
          <w:i w:val="0"/>
          <w:sz w:val="26"/>
        </w:rPr>
        <w:t>Notes pratiques — à supprimer avant envoi</w:t>
      </w:r>
    </w:p>
    <w:p>
      <w:pPr>
        <w:pBdr>
          <w:bottom w:val="single" w:sz="6" w:space="1" w:color="9AA5B1"/>
        </w:pBdr>
        <w:spacing w:after="120"/>
      </w:pP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Ne payez pas l’amende si vous entendez contester : le paiement éteint l’action publique et vaut, en pratique, reconnaissance de l’infraction (avec retrait de points le cas échéant).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Respectez le délai de 45 jours indiqué sur l’avis. La contestation peut aussi être faite en ligne sur www.antai.gouv.fr, ce qui est souvent plus rapide.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Aucune consignation n’est exigée lorsque vous désignez le conducteur ou que vous joignez un récépissé de plainte pour vol ou usurpation de plaques. Elle l’est lorsque vous contestez l’infraction elle-même.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Le forfait post-stationnement (stationnement payant non réglé) n’est pas une contravention : il ne se conteste pas auprès de l’officier du ministère public, mais par un recours administratif préalable obligatoire auprès de la collectivité ou de l’organisme indiqué sur l’avis.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Si le véhicule appartient à une société ou à une autre personne morale, son représentant légal est tenu de désigner le conducteur (article L. 121-6 du code de la route) ; à défaut, une contravention distincte est encourue.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Envoyez la requête par lettre recommandée avec avis de réception à l’adresse figurant sur l’avis.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before="0" w:after="100"/>
        <w:ind w:left="340" w:hanging="227"/>
        <w:jc w:val="both"/>
      </w:pPr>
      <w:r>
        <w:rPr>
          <w:b w:val="0"/>
          <w:i w:val="0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Requête en exonération — contestation d’un avis de contravention</dc:title>
  <dc:subject>Articles 529-2 et 529-10 du code de procédure pénale</dc:subject>
  <dc:creator>Cabinet Gasimov</dc:creator>
  <cp:keywords>modèle, courrier, administration</cp:keywords>
  <dc:description>Modèle fourni à titre informatif — à adapter à votre situation ; ne remplace pas un conseil personnalisé. Cabinet Gasimov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