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Calibri" w:hAnsi="Calibri" w:eastAsia="Calibri"/>
          <w:b/>
          <w:sz w:val="26"/>
        </w:rPr>
        <w:t>RECONNAISSANCE DE DETTE</w:t>
      </w:r>
    </w:p>
    <w:p>
      <w:pPr>
        <w:spacing w:after="320" w:before="0"/>
        <w:jc w:val="center"/>
      </w:pPr>
      <w:r>
        <w:rPr>
          <w:rFonts w:ascii="Calibri" w:hAnsi="Calibri" w:eastAsia="Calibri"/>
          <w:i/>
          <w:sz w:val="22"/>
        </w:rPr>
        <w:t>Acte sous signature privée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soussigné(e), </w:t>
      </w:r>
      <w:r>
        <w:rPr>
          <w:rFonts w:ascii="Calibri" w:hAnsi="Calibri" w:eastAsia="Calibri"/>
          <w:b/>
          <w:sz w:val="22"/>
          <w:highlight w:val="yellow"/>
        </w:rPr>
        <w:t>[Prénom NOM]</w:t>
      </w:r>
      <w:r>
        <w:rPr>
          <w:rFonts w:ascii="Calibri" w:hAnsi="Calibri" w:eastAsia="Calibri"/>
          <w:sz w:val="22"/>
        </w:rPr>
        <w:t xml:space="preserve">, 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à </w:t>
      </w:r>
      <w:r>
        <w:rPr>
          <w:rFonts w:ascii="Calibri" w:hAnsi="Calibri" w:eastAsia="Calibri"/>
          <w:sz w:val="22"/>
          <w:highlight w:val="yellow"/>
        </w:rPr>
        <w:t>[lieu]</w:t>
      </w:r>
      <w:r>
        <w:rPr>
          <w:rFonts w:ascii="Calibri" w:hAnsi="Calibri" w:eastAsia="Calibri"/>
          <w:sz w:val="22"/>
        </w:rPr>
        <w:t xml:space="preserve">, demeurant </w:t>
      </w:r>
      <w:r>
        <w:rPr>
          <w:rFonts w:ascii="Calibri" w:hAnsi="Calibri" w:eastAsia="Calibri"/>
          <w:sz w:val="22"/>
          <w:highlight w:val="yellow"/>
        </w:rPr>
        <w:t>[adresse complète]</w:t>
      </w:r>
      <w:r>
        <w:rPr>
          <w:rFonts w:ascii="Calibri" w:hAnsi="Calibri" w:eastAsia="Calibri"/>
          <w:sz w:val="22"/>
        </w:rPr>
        <w:t>, ci-après « le Débiteur »,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reconnais devoir à </w:t>
      </w:r>
      <w:r>
        <w:rPr>
          <w:rFonts w:ascii="Calibri" w:hAnsi="Calibri" w:eastAsia="Calibri"/>
          <w:b/>
          <w:sz w:val="22"/>
          <w:highlight w:val="yellow"/>
        </w:rPr>
        <w:t>[Prénom NOM / dénomination]</w:t>
      </w:r>
      <w:r>
        <w:rPr>
          <w:rFonts w:ascii="Calibri" w:hAnsi="Calibri" w:eastAsia="Calibri"/>
          <w:sz w:val="22"/>
        </w:rPr>
        <w:t xml:space="preserve">, </w:t>
      </w:r>
      <w:r>
        <w:rPr>
          <w:rFonts w:ascii="Calibri" w:hAnsi="Calibri" w:eastAsia="Calibri"/>
          <w:sz w:val="22"/>
          <w:highlight w:val="yellow"/>
        </w:rPr>
        <w:t>[né(e) le … à … / immatriculée au RCS de … sous le n° …]</w:t>
      </w:r>
      <w:r>
        <w:rPr>
          <w:rFonts w:ascii="Calibri" w:hAnsi="Calibri" w:eastAsia="Calibri"/>
          <w:sz w:val="22"/>
        </w:rPr>
        <w:t xml:space="preserve">, demeurant </w:t>
      </w:r>
      <w:r>
        <w:rPr>
          <w:rFonts w:ascii="Calibri" w:hAnsi="Calibri" w:eastAsia="Calibri"/>
          <w:sz w:val="22"/>
          <w:highlight w:val="yellow"/>
        </w:rPr>
        <w:t>[adresse complète / siège]</w:t>
      </w:r>
      <w:r>
        <w:rPr>
          <w:rFonts w:ascii="Calibri" w:hAnsi="Calibri" w:eastAsia="Calibri"/>
          <w:sz w:val="22"/>
        </w:rPr>
        <w:t>, ci-après « le Créancier »,</w:t>
      </w:r>
    </w:p>
    <w:p>
      <w:pPr>
        <w:spacing w:after="280" w:before="0"/>
        <w:jc w:val="both"/>
      </w:pPr>
      <w:r>
        <w:rPr>
          <w:rFonts w:ascii="Calibri" w:hAnsi="Calibri" w:eastAsia="Calibri"/>
          <w:sz w:val="22"/>
        </w:rPr>
        <w:t xml:space="preserve">la somme de </w:t>
      </w:r>
      <w:r>
        <w:rPr>
          <w:rFonts w:ascii="Calibri" w:hAnsi="Calibri" w:eastAsia="Calibri"/>
          <w:b/>
          <w:sz w:val="22"/>
          <w:highlight w:val="yellow"/>
        </w:rPr>
        <w:t>[montant en chiffres]</w:t>
      </w:r>
      <w:r>
        <w:rPr>
          <w:rFonts w:ascii="Calibri" w:hAnsi="Calibri" w:eastAsia="Calibri"/>
          <w:b/>
          <w:sz w:val="22"/>
        </w:rPr>
        <w:t xml:space="preserve"> €</w:t>
      </w:r>
      <w:r>
        <w:rPr>
          <w:rFonts w:ascii="Calibri" w:hAnsi="Calibri" w:eastAsia="Calibri"/>
          <w:sz w:val="22"/>
        </w:rPr>
        <w:t xml:space="preserve"> (</w:t>
      </w:r>
      <w:r>
        <w:rPr>
          <w:rFonts w:ascii="Calibri" w:hAnsi="Calibri" w:eastAsia="Calibri"/>
          <w:sz w:val="22"/>
          <w:highlight w:val="yellow"/>
        </w:rPr>
        <w:t>[montant en lettres]</w:t>
      </w:r>
      <w:r>
        <w:rPr>
          <w:rFonts w:ascii="Calibri" w:hAnsi="Calibri" w:eastAsia="Calibri"/>
          <w:sz w:val="22"/>
        </w:rPr>
        <w:t xml:space="preserve"> euros).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1. Origine de la dette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 xml:space="preserve">Cette somme correspond à </w:t>
      </w:r>
      <w:r>
        <w:rPr>
          <w:rFonts w:ascii="Calibri" w:hAnsi="Calibri" w:eastAsia="Calibri"/>
          <w:sz w:val="22"/>
          <w:highlight w:val="yellow"/>
        </w:rPr>
        <w:t>[préciser la cause : prêt consenti le … / remise de fonds du … / prix de vente impayé de … / autre]</w:t>
      </w:r>
      <w:r>
        <w:rPr>
          <w:rFonts w:ascii="Calibri" w:hAnsi="Calibri" w:eastAsia="Calibri"/>
          <w:sz w:val="22"/>
        </w:rPr>
        <w:t xml:space="preserve">. </w:t>
      </w:r>
      <w:r>
        <w:rPr>
          <w:rFonts w:ascii="Calibri" w:hAnsi="Calibri" w:eastAsia="Calibri"/>
          <w:sz w:val="22"/>
          <w:highlight w:val="yellow"/>
        </w:rPr>
        <w:t>[Le cas échéant : les fonds ont été remis par virement bancaire du … sur le compte du Débiteur.]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2. Modalités de remboursement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Le Débiteur s’engage à rembourser cette somme </w:t>
      </w:r>
      <w:r>
        <w:rPr>
          <w:rFonts w:ascii="Calibri" w:hAnsi="Calibri" w:eastAsia="Calibri"/>
          <w:sz w:val="22"/>
          <w:highlight w:val="yellow"/>
        </w:rPr>
        <w:t>[cocher et compléter l’option retenue]</w:t>
      </w:r>
      <w:r>
        <w:rPr>
          <w:rFonts w:ascii="Calibri" w:hAnsi="Calibri" w:eastAsia="Calibri"/>
          <w:sz w:val="22"/>
        </w:rPr>
        <w:t xml:space="preserve"> :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 xml:space="preserve">en une seule fois, au plus tard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;</w:t>
      </w:r>
    </w:p>
    <w:p>
      <w:pPr>
        <w:spacing w:after="12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 xml:space="preserve">en </w:t>
      </w:r>
      <w:r>
        <w:rPr>
          <w:rFonts w:ascii="Calibri" w:hAnsi="Calibri" w:eastAsia="Calibri"/>
          <w:sz w:val="22"/>
          <w:highlight w:val="yellow"/>
        </w:rPr>
        <w:t>[nombre]</w:t>
      </w:r>
      <w:r>
        <w:rPr>
          <w:rFonts w:ascii="Calibri" w:hAnsi="Calibri" w:eastAsia="Calibri"/>
          <w:sz w:val="22"/>
        </w:rPr>
        <w:t xml:space="preserve"> mensualités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€, payables le </w:t>
      </w:r>
      <w:r>
        <w:rPr>
          <w:rFonts w:ascii="Calibri" w:hAnsi="Calibri" w:eastAsia="Calibri"/>
          <w:sz w:val="22"/>
          <w:highlight w:val="yellow"/>
        </w:rPr>
        <w:t>[jour]</w:t>
      </w:r>
      <w:r>
        <w:rPr>
          <w:rFonts w:ascii="Calibri" w:hAnsi="Calibri" w:eastAsia="Calibri"/>
          <w:sz w:val="22"/>
        </w:rPr>
        <w:t xml:space="preserve"> de chaque mois, la première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,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 xml:space="preserve">par </w:t>
      </w:r>
      <w:r>
        <w:rPr>
          <w:rFonts w:ascii="Calibri" w:hAnsi="Calibri" w:eastAsia="Calibri"/>
          <w:sz w:val="22"/>
          <w:highlight w:val="yellow"/>
        </w:rPr>
        <w:t>[virement sur le compte IBAN … / chèque / autre]</w:t>
      </w:r>
      <w:r>
        <w:rPr>
          <w:rFonts w:ascii="Calibri" w:hAnsi="Calibri" w:eastAsia="Calibri"/>
          <w:sz w:val="22"/>
        </w:rPr>
        <w:t>. Le Débiteur peut rembourser par anticipation tout ou partie de la somme, sans pénalité.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3. Intérêts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La somme due ne porte pas intérêt.</w:t>
      </w:r>
    </w:p>
    <w:p>
      <w:pPr>
        <w:spacing w:after="12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 xml:space="preserve">La somme due porte intérêt au taux annuel de </w:t>
      </w:r>
      <w:r>
        <w:rPr>
          <w:rFonts w:ascii="Calibri" w:hAnsi="Calibri" w:eastAsia="Calibri"/>
          <w:sz w:val="22"/>
          <w:highlight w:val="yellow"/>
        </w:rPr>
        <w:t>[taux]</w:t>
      </w:r>
      <w:r>
        <w:rPr>
          <w:rFonts w:ascii="Calibri" w:hAnsi="Calibri" w:eastAsia="Calibri"/>
          <w:sz w:val="22"/>
        </w:rPr>
        <w:t xml:space="preserve"> %, payable </w:t>
      </w:r>
      <w:r>
        <w:rPr>
          <w:rFonts w:ascii="Calibri" w:hAnsi="Calibri" w:eastAsia="Calibri"/>
          <w:sz w:val="22"/>
          <w:highlight w:val="yellow"/>
        </w:rPr>
        <w:t>[avec chaque échéance / au terme]</w:t>
      </w:r>
      <w:r>
        <w:rPr>
          <w:rFonts w:ascii="Calibri" w:hAnsi="Calibri" w:eastAsia="Calibri"/>
          <w:sz w:val="22"/>
        </w:rPr>
        <w:t>.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>À défaut de paiement à l’échéance, les sommes restant dues porteront intérêts au taux légal à compter d’une mise en demeure.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4. Défaut de paiement</w:t>
      </w:r>
    </w:p>
    <w:p>
      <w:pPr>
        <w:spacing w:after="280" w:before="0"/>
        <w:jc w:val="both"/>
      </w:pPr>
      <w:r>
        <w:rPr>
          <w:rFonts w:ascii="Calibri" w:hAnsi="Calibri" w:eastAsia="Calibri"/>
          <w:sz w:val="22"/>
        </w:rPr>
        <w:t xml:space="preserve">À défaut de paiement d’une échéance à sa date, et </w:t>
      </w:r>
      <w:r>
        <w:rPr>
          <w:rFonts w:ascii="Calibri" w:hAnsi="Calibri" w:eastAsia="Calibri"/>
          <w:sz w:val="22"/>
          <w:highlight w:val="yellow"/>
        </w:rPr>
        <w:t>[quinze]</w:t>
      </w:r>
      <w:r>
        <w:rPr>
          <w:rFonts w:ascii="Calibri" w:hAnsi="Calibri" w:eastAsia="Calibri"/>
          <w:sz w:val="22"/>
        </w:rPr>
        <w:t xml:space="preserve"> jours après une mise en demeure restée sans effet, le Créancier pourra exiger le paiement immédiat de la totalité de la somme restant due.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Mention à écrire par le Débiteur lui-même :</w:t>
      </w:r>
    </w:p>
    <w:p>
      <w:pPr>
        <w:spacing w:after="280" w:before="0"/>
        <w:jc w:val="both"/>
      </w:pPr>
      <w:r>
        <w:rPr>
          <w:rFonts w:ascii="Calibri" w:hAnsi="Calibri" w:eastAsia="Calibri"/>
          <w:sz w:val="22"/>
        </w:rPr>
        <w:t xml:space="preserve">« Bon pour reconnaissance de dette de la somme de </w:t>
      </w:r>
      <w:r>
        <w:rPr>
          <w:rFonts w:ascii="Calibri" w:hAnsi="Calibri" w:eastAsia="Calibri"/>
          <w:sz w:val="22"/>
          <w:highlight w:val="yellow"/>
        </w:rPr>
        <w:t>[montant en lettres]</w:t>
      </w:r>
      <w:r>
        <w:rPr>
          <w:rFonts w:ascii="Calibri" w:hAnsi="Calibri" w:eastAsia="Calibri"/>
          <w:sz w:val="22"/>
        </w:rPr>
        <w:t xml:space="preserve"> euros (</w:t>
      </w:r>
      <w:r>
        <w:rPr>
          <w:rFonts w:ascii="Calibri" w:hAnsi="Calibri" w:eastAsia="Calibri"/>
          <w:sz w:val="22"/>
          <w:highlight w:val="yellow"/>
        </w:rPr>
        <w:t>[montant en chiffres]</w:t>
      </w:r>
      <w:r>
        <w:rPr>
          <w:rFonts w:ascii="Calibri" w:hAnsi="Calibri" w:eastAsia="Calibri"/>
          <w:sz w:val="22"/>
        </w:rPr>
        <w:t xml:space="preserve"> €). »</w:t>
      </w:r>
    </w:p>
    <w:p>
      <w:pPr>
        <w:spacing w:after="360" w:before="0"/>
      </w:pPr>
      <w:r>
        <w:rPr>
          <w:rFonts w:ascii="Calibri" w:hAnsi="Calibri" w:eastAsia="Calibri"/>
          <w:sz w:val="22"/>
        </w:rPr>
        <w:t xml:space="preserve">Fait à </w:t>
      </w: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, en deux exemplaires originaux, dont un remis à chaque partie.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 Débiteur</w:t>
      </w:r>
    </w:p>
    <w:p>
      <w:pPr>
        <w:spacing w:after="280" w:before="0"/>
      </w:pPr>
      <w:r>
        <w:rPr>
          <w:rFonts w:ascii="Calibri" w:hAnsi="Calibri" w:eastAsia="Calibri"/>
          <w:sz w:val="22"/>
          <w:highlight w:val="yellow"/>
        </w:rPr>
        <w:t>[Prénom NOM — signature]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 Créancier</w:t>
      </w:r>
      <w:r>
        <w:rPr>
          <w:rFonts w:ascii="Calibri" w:hAnsi="Calibri" w:eastAsia="Calibri"/>
          <w:sz w:val="22"/>
        </w:rPr>
        <w:t xml:space="preserve"> (pour acceptation)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[Prénom NOM — signature]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Pour faire preuve, l’acte doit comporter la signature du débiteur et la mention, écrite par lui-même, de la somme en toutes lettres et en chiffres (article 1376 du code civil). En cas de différence entre les deux, l’acte vaut pour la somme écrite en toutes lettres.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Conservez aussi les preuves de la remise des fonds (relevé de virement, reçu) : elles seront utiles en cas de contestation.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Un prêt entre particuliers dont le montant dépasse 5 000 € doit être déclaré à l’administration fiscale (formulaire n° 2062), en principe avec la déclaration de revenus.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Si un intérêt est prévu, son taux ne doit pas dépasser le taux de l’usure publié par la Banque de France.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Pour un montant important, un acte notarié ou un acte contresigné par avocat offre davantage de sécurité, notamment en cas de non-paiement.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signature. Chaque partie conserve un original signé.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l’acte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Reconnaissance de dette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