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w:rPr>
          <w:b/>
          <w:i w:val="0"/>
          <w:highlight w:val="yellow"/>
        </w:rPr>
        <w:t>[Prénom NOM]</w:t>
      </w:r>
    </w:p>
    <w:p>
      <w:pPr>
        <w:spacing w:before="0" w:after="0"/>
      </w:pPr>
      <w:r>
        <w:rPr>
          <w:b w:val="0"/>
          <w:i w:val="0"/>
          <w:highlight w:val="yellow"/>
        </w:rPr>
        <w:t>[Adresse]</w:t>
      </w:r>
    </w:p>
    <w:p>
      <w:pPr>
        <w:spacing w:before="0" w:after="0"/>
      </w:pPr>
      <w:r>
        <w:rPr>
          <w:b w:val="0"/>
          <w:i w:val="0"/>
          <w:highlight w:val="yellow"/>
        </w:rPr>
        <w:t>[Code postal]</w:t>
      </w:r>
      <w:r>
        <w:rPr>
          <w:b w:val="0"/>
          <w:i w:val="0"/>
        </w:rPr>
        <w:t xml:space="preserve"> </w:t>
      </w:r>
      <w:r>
        <w:rPr>
          <w:b w:val="0"/>
          <w:i w:val="0"/>
          <w:highlight w:val="yellow"/>
        </w:rPr>
        <w:t>[Ville]</w:t>
      </w:r>
    </w:p>
    <w:p>
      <w:pPr>
        <w:spacing w:before="0" w:after="0"/>
      </w:pPr>
      <w:r>
        <w:rPr>
          <w:b w:val="0"/>
          <w:i w:val="0"/>
        </w:rPr>
        <w:t xml:space="preserve">Tél. : </w:t>
      </w:r>
      <w:r>
        <w:rPr>
          <w:b w:val="0"/>
          <w:i w:val="0"/>
          <w:highlight w:val="yellow"/>
        </w:rPr>
        <w:t>[téléphone]</w:t>
      </w:r>
      <w:r>
        <w:rPr>
          <w:b w:val="0"/>
          <w:i w:val="0"/>
        </w:rPr>
        <w:t xml:space="preserve"> — Courriel : </w:t>
      </w:r>
      <w:r>
        <w:rPr>
          <w:b w:val="0"/>
          <w:i w:val="0"/>
          <w:highlight w:val="yellow"/>
        </w:rPr>
        <w:t>[adresse électronique]</w:t>
      </w:r>
    </w:p>
    <w:p>
      <w:pPr>
        <w:spacing w:before="0" w:after="0"/>
      </w:pPr>
      <w:r>
        <w:rPr>
          <w:b w:val="0"/>
          <w:i w:val="0"/>
        </w:rPr>
        <w:t xml:space="preserve">Numéro fiscal : </w:t>
      </w:r>
      <w:r>
        <w:rPr>
          <w:b w:val="0"/>
          <w:i w:val="0"/>
          <w:highlight w:val="yellow"/>
        </w:rPr>
        <w:t>[13 chiffres]</w:t>
      </w:r>
    </w:p>
    <w:p>
      <w:pPr>
        <w:spacing w:before="0" w:after="80"/>
      </w:pPr>
    </w:p>
    <w:p>
      <w:pPr>
        <w:spacing w:before="0" w:after="0"/>
        <w:ind w:left="5102"/>
      </w:pPr>
      <w:r>
        <w:rPr>
          <w:b/>
          <w:i w:val="0"/>
        </w:rPr>
        <w:t xml:space="preserve">Service des impôts des </w:t>
      </w:r>
      <w:r>
        <w:rPr>
          <w:b/>
          <w:i w:val="0"/>
          <w:highlight w:val="yellow"/>
        </w:rPr>
        <w:t>[particuliers / entreprises]</w:t>
      </w:r>
      <w:r>
        <w:rPr>
          <w:b/>
          <w:i w:val="0"/>
        </w:rPr>
        <w:t xml:space="preserve"> de </w:t>
      </w:r>
      <w:r>
        <w:rPr>
          <w:b/>
          <w:i w:val="0"/>
          <w:highlight w:val="yellow"/>
        </w:rPr>
        <w:t>[ville]</w:t>
      </w:r>
    </w:p>
    <w:p>
      <w:pPr>
        <w:spacing w:before="0" w:after="0"/>
        <w:ind w:left="5102"/>
      </w:pPr>
      <w:r>
        <w:rPr>
          <w:b w:val="0"/>
          <w:i w:val="0"/>
          <w:highlight w:val="yellow"/>
        </w:rPr>
        <w:t>[Adresse]</w:t>
      </w:r>
    </w:p>
    <w:p>
      <w:pPr>
        <w:spacing w:before="0" w:after="0"/>
        <w:ind w:left="5102"/>
      </w:pPr>
      <w:r>
        <w:rPr>
          <w:b w:val="0"/>
          <w:i w:val="0"/>
          <w:highlight w:val="yellow"/>
        </w:rPr>
        <w:t>[Code postal]</w:t>
      </w:r>
      <w:r>
        <w:rPr>
          <w:b w:val="0"/>
          <w:i w:val="0"/>
        </w:rPr>
        <w:t xml:space="preserve"> </w:t>
      </w:r>
      <w:r>
        <w:rPr>
          <w:b w:val="0"/>
          <w:i w:val="0"/>
          <w:highlight w:val="yellow"/>
        </w:rPr>
        <w:t>[Ville]</w:t>
      </w:r>
    </w:p>
    <w:p>
      <w:pPr>
        <w:spacing w:before="0" w:after="80"/>
      </w:pPr>
    </w:p>
    <w:p>
      <w:pPr>
        <w:spacing w:before="0" w:after="240"/>
        <w:ind w:left="5102"/>
      </w:pPr>
      <w:r>
        <w:rPr>
          <w:b w:val="0"/>
          <w:i w:val="0"/>
          <w:highlight w:val="yellow"/>
        </w:rPr>
        <w:t>[Ville]</w:t>
      </w:r>
      <w:r>
        <w:rPr>
          <w:b w:val="0"/>
          <w:i w:val="0"/>
        </w:rPr>
        <w:t xml:space="preserve">, le </w:t>
      </w:r>
      <w:r>
        <w:rPr>
          <w:b w:val="0"/>
          <w:i w:val="0"/>
          <w:highlight w:val="yellow"/>
        </w:rPr>
        <w:t>[date]</w:t>
      </w:r>
    </w:p>
    <w:p>
      <w:pPr>
        <w:spacing w:before="0" w:after="40"/>
      </w:pPr>
      <w:r>
        <w:rPr>
          <w:b/>
          <w:i w:val="0"/>
        </w:rPr>
        <w:t>Lettre recommandée avec demande d’avis de réception</w:t>
      </w:r>
    </w:p>
    <w:p>
      <w:pPr>
        <w:spacing w:after="40"/>
      </w:pPr>
      <w:r>
        <w:rPr>
          <w:b/>
          <w:i w:val="0"/>
        </w:rPr>
        <w:t xml:space="preserve">Objet : </w:t>
      </w:r>
      <w:r>
        <w:rPr>
          <w:b/>
          <w:i w:val="0"/>
        </w:rPr>
        <w:t xml:space="preserve">Réclamation contentieuse — </w:t>
      </w:r>
      <w:r>
        <w:rPr>
          <w:b/>
          <w:i w:val="0"/>
          <w:highlight w:val="yellow"/>
        </w:rPr>
        <w:t>[nature de l’impôt]</w:t>
      </w:r>
      <w:r>
        <w:rPr>
          <w:b/>
          <w:i w:val="0"/>
        </w:rPr>
        <w:t xml:space="preserve"> — année </w:t>
      </w:r>
      <w:r>
        <w:rPr>
          <w:b/>
          <w:i w:val="0"/>
          <w:highlight w:val="yellow"/>
        </w:rPr>
        <w:t>[N]</w:t>
      </w:r>
      <w:r>
        <w:rPr>
          <w:b/>
          <w:i w:val="0"/>
        </w:rPr>
        <w:t xml:space="preserve"> </w:t>
      </w:r>
      <w:r>
        <w:rPr>
          <w:b/>
          <w:i w:val="0"/>
          <w:highlight w:val="yellow"/>
        </w:rPr>
        <w:t>[— demande de sursis de paiement]</w:t>
      </w:r>
    </w:p>
    <w:p>
      <w:pPr>
        <w:spacing w:before="0" w:after="0"/>
      </w:pPr>
      <w:r>
        <w:rPr>
          <w:b w:val="0"/>
          <w:i w:val="0"/>
        </w:rPr>
        <w:t xml:space="preserve">Avis d’imposition / de mise en recouvrement n° </w:t>
      </w:r>
      <w:r>
        <w:rPr>
          <w:b w:val="0"/>
          <w:i w:val="0"/>
          <w:highlight w:val="yellow"/>
        </w:rPr>
        <w:t>[référence de l’avis]</w:t>
      </w:r>
      <w:r>
        <w:rPr>
          <w:b w:val="0"/>
          <w:i w:val="0"/>
        </w:rPr>
        <w:t xml:space="preserve"> du </w:t>
      </w:r>
      <w:r>
        <w:rPr>
          <w:b w:val="0"/>
          <w:i w:val="0"/>
          <w:highlight w:val="yellow"/>
        </w:rPr>
        <w:t>[date]</w:t>
      </w:r>
    </w:p>
    <w:p>
      <w:pPr>
        <w:spacing w:before="0" w:after="0"/>
      </w:pPr>
      <w:r>
        <w:rPr>
          <w:b w:val="0"/>
          <w:i w:val="0"/>
        </w:rPr>
        <w:t xml:space="preserve">Montant contesté : </w:t>
      </w:r>
      <w:r>
        <w:rPr>
          <w:b w:val="0"/>
          <w:i w:val="0"/>
          <w:highlight w:val="yellow"/>
        </w:rPr>
        <w:t>[montant]</w:t>
      </w:r>
      <w:r>
        <w:rPr>
          <w:b w:val="0"/>
          <w:i w:val="0"/>
        </w:rPr>
        <w:t xml:space="preserve"> €</w:t>
      </w:r>
    </w:p>
    <w:p>
      <w:pPr>
        <w:spacing w:before="0" w:after="80"/>
      </w:pPr>
    </w:p>
    <w:p>
      <w:pPr>
        <w:spacing w:before="0" w:after="160"/>
      </w:pPr>
      <w:r>
        <w:rPr>
          <w:b w:val="0"/>
          <w:i w:val="0"/>
        </w:rPr>
        <w:t>Madame, Monsieur,</w:t>
      </w:r>
    </w:p>
    <w:p>
      <w:pPr>
        <w:spacing w:before="0" w:after="160"/>
        <w:jc w:val="both"/>
      </w:pPr>
      <w:r>
        <w:rPr>
          <w:b w:val="0"/>
          <w:i w:val="0"/>
        </w:rPr>
        <w:t xml:space="preserve">En application de l’article L. 190 du livre des procédures fiscales (LPF), j’ai l’honneur de former une réclamation contre </w:t>
      </w:r>
      <w:r>
        <w:rPr>
          <w:b w:val="0"/>
          <w:i w:val="0"/>
          <w:highlight w:val="yellow"/>
        </w:rPr>
        <w:t>[l’imposition / la cotisation / les pénalités]</w:t>
      </w:r>
      <w:r>
        <w:rPr>
          <w:b w:val="0"/>
          <w:i w:val="0"/>
        </w:rPr>
        <w:t xml:space="preserve"> mise(s) à ma charge au titre de </w:t>
      </w:r>
      <w:r>
        <w:rPr>
          <w:b w:val="0"/>
          <w:i w:val="0"/>
          <w:highlight w:val="yellow"/>
        </w:rPr>
        <w:t>[nature de l’impôt : impôt sur le revenu, taxe foncière, TVA…]</w:t>
      </w:r>
      <w:r>
        <w:rPr>
          <w:b w:val="0"/>
          <w:i w:val="0"/>
        </w:rPr>
        <w:t xml:space="preserve"> pour l’année </w:t>
      </w:r>
      <w:r>
        <w:rPr>
          <w:b w:val="0"/>
          <w:i w:val="0"/>
          <w:highlight w:val="yellow"/>
        </w:rPr>
        <w:t>[N]</w:t>
      </w:r>
      <w:r>
        <w:rPr>
          <w:b w:val="0"/>
          <w:i w:val="0"/>
        </w:rPr>
        <w:t xml:space="preserve">, pour un montant de </w:t>
      </w:r>
      <w:r>
        <w:rPr>
          <w:b w:val="0"/>
          <w:i w:val="0"/>
          <w:highlight w:val="yellow"/>
        </w:rPr>
        <w:t>[montant]</w:t>
      </w:r>
      <w:r>
        <w:rPr>
          <w:b w:val="0"/>
          <w:i w:val="0"/>
        </w:rPr>
        <w:t xml:space="preserve"> €, mise(s) en recouvrement le </w:t>
      </w:r>
      <w:r>
        <w:rPr>
          <w:b w:val="0"/>
          <w:i w:val="0"/>
          <w:highlight w:val="yellow"/>
        </w:rPr>
        <w:t>[date]</w:t>
      </w:r>
      <w:r>
        <w:rPr>
          <w:b w:val="0"/>
          <w:i w:val="0"/>
        </w:rPr>
        <w:t>. L’avis d’imposition correspondant est joint.</w:t>
      </w:r>
    </w:p>
    <w:p>
      <w:pPr>
        <w:keepNext/>
        <w:spacing w:before="80" w:after="60"/>
      </w:pPr>
      <w:r>
        <w:rPr>
          <w:b/>
          <w:i w:val="0"/>
        </w:rPr>
        <w:t>1. Les faits</w:t>
      </w:r>
    </w:p>
    <w:p>
      <w:pPr>
        <w:spacing w:before="0" w:after="160"/>
        <w:jc w:val="both"/>
      </w:pPr>
      <w:r>
        <w:rPr>
          <w:b w:val="0"/>
          <w:i w:val="0"/>
          <w:highlight w:val="yellow"/>
        </w:rPr>
        <w:t>[Exposer brièvement et chronologiquement la situation : déclaration déposée, éléments retenus par l’administration, événement à l’origine de la réclamation…]</w:t>
      </w:r>
    </w:p>
    <w:p>
      <w:pPr>
        <w:keepNext/>
        <w:spacing w:before="80" w:after="60"/>
      </w:pPr>
      <w:r>
        <w:rPr>
          <w:b/>
          <w:i w:val="0"/>
        </w:rPr>
        <w:t>2. Les motifs de la réclamation</w:t>
      </w:r>
    </w:p>
    <w:p>
      <w:pPr>
        <w:spacing w:before="0" w:after="60"/>
        <w:ind w:left="510" w:hanging="283"/>
        <w:jc w:val="both"/>
      </w:pPr>
      <w:r>
        <w:rPr>
          <w:b w:val="0"/>
          <w:i w:val="0"/>
        </w:rPr>
        <w:t xml:space="preserve">– </w:t>
      </w:r>
      <w:r>
        <w:rPr>
          <w:b w:val="0"/>
          <w:i w:val="0"/>
          <w:highlight w:val="yellow"/>
        </w:rPr>
        <w:t>[par exemple : omission d’une charge déductible ou d’une réduction / d’un crédit d’impôt auquel j’avais droit — justificatifs joints ;]</w:t>
      </w:r>
    </w:p>
    <w:p>
      <w:pPr>
        <w:spacing w:before="0" w:after="60"/>
        <w:ind w:left="510" w:hanging="283"/>
        <w:jc w:val="both"/>
      </w:pPr>
      <w:r>
        <w:rPr>
          <w:b w:val="0"/>
          <w:i w:val="0"/>
        </w:rPr>
        <w:t xml:space="preserve">– </w:t>
      </w:r>
      <w:r>
        <w:rPr>
          <w:b w:val="0"/>
          <w:i w:val="0"/>
          <w:highlight w:val="yellow"/>
        </w:rPr>
        <w:t>[par exemple : erreur sur le nombre de parts du quotient familial ;]</w:t>
      </w:r>
    </w:p>
    <w:p>
      <w:pPr>
        <w:spacing w:before="0" w:after="60"/>
        <w:ind w:left="510" w:hanging="283"/>
        <w:jc w:val="both"/>
      </w:pPr>
      <w:r>
        <w:rPr>
          <w:b w:val="0"/>
          <w:i w:val="0"/>
        </w:rPr>
        <w:t xml:space="preserve">– </w:t>
      </w:r>
      <w:r>
        <w:rPr>
          <w:b w:val="0"/>
          <w:i w:val="0"/>
          <w:highlight w:val="yellow"/>
        </w:rPr>
        <w:t>[par exemple : revenu imposé à tort ou deux fois ;]</w:t>
      </w:r>
    </w:p>
    <w:p>
      <w:pPr>
        <w:spacing w:before="0" w:after="160"/>
        <w:ind w:left="510" w:hanging="283"/>
        <w:jc w:val="both"/>
      </w:pPr>
      <w:r>
        <w:rPr>
          <w:b w:val="0"/>
          <w:i w:val="0"/>
        </w:rPr>
        <w:t xml:space="preserve">– </w:t>
      </w:r>
      <w:r>
        <w:rPr>
          <w:b w:val="0"/>
          <w:i w:val="0"/>
          <w:highlight w:val="yellow"/>
        </w:rPr>
        <w:t>[autres motifs.]</w:t>
      </w:r>
    </w:p>
    <w:p>
      <w:pPr>
        <w:keepNext/>
        <w:spacing w:before="80" w:after="60"/>
      </w:pPr>
      <w:r>
        <w:rPr>
          <w:b/>
          <w:i w:val="0"/>
        </w:rPr>
        <w:t>3. Ma demande</w:t>
      </w:r>
    </w:p>
    <w:p>
      <w:pPr>
        <w:spacing w:before="0" w:after="160"/>
        <w:jc w:val="both"/>
      </w:pPr>
      <w:r>
        <w:rPr>
          <w:b w:val="0"/>
          <w:i w:val="0"/>
        </w:rPr>
        <w:t xml:space="preserve">Je vous demande en conséquence de bien vouloir prononcer </w:t>
      </w:r>
      <w:r>
        <w:rPr>
          <w:b w:val="0"/>
          <w:i w:val="0"/>
          <w:highlight w:val="yellow"/>
        </w:rPr>
        <w:t>[le dégrèvement total de l’imposition contestée / le dégrèvement partiel de cette imposition à hauteur de … €]</w:t>
      </w:r>
      <w:r>
        <w:rPr>
          <w:b w:val="0"/>
          <w:i w:val="0"/>
        </w:rPr>
        <w:t>, ainsi que des intérêts de retard, majorations et pénalités correspondants.</w:t>
      </w:r>
    </w:p>
    <w:p>
      <w:pPr>
        <w:spacing w:before="0" w:after="160"/>
        <w:jc w:val="both"/>
      </w:pPr>
      <w:r>
        <w:rPr>
          <w:b w:val="0"/>
          <w:i w:val="0"/>
          <w:highlight w:val="yellow"/>
        </w:rPr>
        <w:t>[Option — sursis de paiement]</w:t>
      </w:r>
      <w:r>
        <w:rPr>
          <w:b w:val="0"/>
          <w:i w:val="0"/>
        </w:rPr>
        <w:t xml:space="preserve"> Je demande par ailleurs à bénéficier du sursis de paiement prévu à l’article L. 277 du LPF pour la fraction contestée de l’imposition, soit </w:t>
      </w:r>
      <w:r>
        <w:rPr>
          <w:b w:val="0"/>
          <w:i w:val="0"/>
          <w:highlight w:val="yellow"/>
        </w:rPr>
        <w:t>[montant]</w:t>
      </w:r>
      <w:r>
        <w:rPr>
          <w:b w:val="0"/>
          <w:i w:val="0"/>
        </w:rPr>
        <w:t xml:space="preserve"> €. </w:t>
      </w:r>
      <w:r>
        <w:rPr>
          <w:b w:val="0"/>
          <w:i w:val="0"/>
          <w:highlight w:val="yellow"/>
        </w:rPr>
        <w:t>[Le cas échéant : je propose de constituer les garanties suivantes : …]</w:t>
      </w:r>
    </w:p>
    <w:p>
      <w:pPr>
        <w:spacing w:before="0" w:after="160"/>
        <w:jc w:val="both"/>
      </w:pPr>
      <w:r>
        <w:rPr>
          <w:b w:val="0"/>
          <w:i w:val="0"/>
        </w:rPr>
        <w:t>Je reste à votre disposition pour tout renseignement ou justificatif complémentaire.</w:t>
      </w:r>
    </w:p>
    <w:p>
      <w:pPr>
        <w:spacing w:before="0" w:after="360"/>
        <w:jc w:val="both"/>
      </w:pPr>
      <w:r>
        <w:rPr>
          <w:b w:val="0"/>
          <w:i w:val="0"/>
        </w:rPr>
        <w:t>Je vous prie d’agréer, Madame, Monsieur, l’expression de ma considération distinguée.</w:t>
      </w:r>
    </w:p>
    <w:p>
      <w:pPr>
        <w:spacing w:before="0" w:after="0"/>
        <w:ind w:left="5102"/>
      </w:pPr>
      <w:r>
        <w:rPr>
          <w:b w:val="0"/>
          <w:i w:val="0"/>
          <w:highlight w:val="yellow"/>
        </w:rPr>
        <w:t>[Signature]</w:t>
      </w:r>
    </w:p>
    <w:p>
      <w:pPr>
        <w:spacing w:before="0" w:after="320"/>
        <w:ind w:left="5102"/>
      </w:pPr>
      <w:r>
        <w:rPr>
          <w:b w:val="0"/>
          <w:i w:val="0"/>
          <w:highlight w:val="yellow"/>
        </w:rPr>
        <w:t>[Prénom NOM]</w:t>
      </w:r>
    </w:p>
    <w:p>
      <w:pPr>
        <w:keepNext/>
        <w:spacing w:before="0" w:after="40"/>
      </w:pPr>
      <w:r>
        <w:rPr>
          <w:b/>
          <w:i w:val="0"/>
        </w:rPr>
        <w:t>Pièces jointes :</w:t>
      </w:r>
    </w:p>
    <w:p>
      <w:pPr>
        <w:spacing w:before="0" w:after="20"/>
        <w:ind w:left="510" w:hanging="283"/>
      </w:pPr>
      <w:r>
        <w:rPr>
          <w:b w:val="0"/>
          <w:i w:val="0"/>
        </w:rPr>
        <w:t>– copie de l’avis d’imposition ou de mise en recouvrement contesté</w:t>
      </w:r>
    </w:p>
    <w:p>
      <w:pPr>
        <w:spacing w:before="0" w:after="20"/>
        <w:ind w:left="510" w:hanging="283"/>
      </w:pPr>
      <w:r>
        <w:rPr>
          <w:b w:val="0"/>
          <w:i w:val="0"/>
        </w:rPr>
        <w:t xml:space="preserve">– </w:t>
      </w:r>
      <w:r>
        <w:rPr>
          <w:b w:val="0"/>
          <w:i w:val="0"/>
          <w:highlight w:val="yellow"/>
        </w:rPr>
        <w:t>[justificatifs à l’appui de la réclamation]</w:t>
      </w:r>
    </w:p>
    <w:p>
      <w:r>
        <w:br w:type="page"/>
      </w:r>
    </w:p>
    <w:p>
      <w:pPr>
        <w:spacing w:before="0" w:after="80"/>
      </w:pPr>
      <w:r>
        <w:rPr>
          <w:b/>
          <w:i w:val="0"/>
          <w:sz w:val="26"/>
        </w:rPr>
        <w:t>Notes pratiques — à supprimer avant envoi</w:t>
      </w:r>
    </w:p>
    <w:p>
      <w:pPr>
        <w:pBdr>
          <w:bottom w:val="single" w:sz="6" w:space="1" w:color="9AA5B1"/>
        </w:pBdr>
        <w:spacing w:after="120"/>
      </w:pPr>
    </w:p>
    <w:p>
      <w:pPr>
        <w:spacing w:before="0" w:after="100"/>
        <w:ind w:left="340" w:hanging="227"/>
        <w:jc w:val="both"/>
      </w:pPr>
      <w:r>
        <w:rPr>
          <w:b w:val="0"/>
          <w:i w:val="0"/>
          <w:color w:val="374151"/>
          <w:sz w:val="20"/>
        </w:rPr>
        <w:t>• Une réclamation doit notamment mentionner l’imposition contestée, exposer sommairement les motifs et la demande, être accompagnée de l’avis d’imposition (ou d’une copie) et être signée (article R. 197-3 du LPF).</w:t>
      </w:r>
    </w:p>
    <w:p>
      <w:pPr>
        <w:spacing w:before="0" w:after="100"/>
        <w:ind w:left="340" w:hanging="227"/>
        <w:jc w:val="both"/>
      </w:pPr>
      <w:r>
        <w:rPr>
          <w:b w:val="0"/>
          <w:i w:val="0"/>
          <w:color w:val="374151"/>
          <w:sz w:val="20"/>
        </w:rPr>
        <w:t>• Délai : pour la plupart des impôts (dont l’impôt sur le revenu), au plus tard le 31 décembre de la deuxième année suivant la mise en recouvrement ou le versement (article R. 196-1 du LPF). Le délai est plus court pour les impôts locaux comme la taxe foncière : 31 décembre de l’année suivante.</w:t>
      </w:r>
    </w:p>
    <w:p>
      <w:pPr>
        <w:spacing w:before="0" w:after="100"/>
        <w:ind w:left="340" w:hanging="227"/>
        <w:jc w:val="both"/>
      </w:pPr>
      <w:r>
        <w:rPr>
          <w:b w:val="0"/>
          <w:i w:val="0"/>
          <w:color w:val="374151"/>
          <w:sz w:val="20"/>
        </w:rPr>
        <w:t>• La réclamation peut aussi être déposée par la messagerie sécurisée de votre espace sur impots.gouv.fr, ce qui en conserve la trace.</w:t>
      </w:r>
    </w:p>
    <w:p>
      <w:pPr>
        <w:spacing w:before="0" w:after="100"/>
        <w:ind w:left="340" w:hanging="227"/>
        <w:jc w:val="both"/>
      </w:pPr>
      <w:r>
        <w:rPr>
          <w:b w:val="0"/>
          <w:i w:val="0"/>
          <w:color w:val="374151"/>
          <w:sz w:val="20"/>
        </w:rPr>
        <w:t>• Le sursis de paiement doit être demandé expressément dans la réclamation. Au-delà d’un certain montant, l’administration peut exiger des garanties.</w:t>
      </w:r>
    </w:p>
    <w:p>
      <w:pPr>
        <w:spacing w:before="0" w:after="100"/>
        <w:ind w:left="340" w:hanging="227"/>
        <w:jc w:val="both"/>
      </w:pPr>
      <w:r>
        <w:rPr>
          <w:b w:val="0"/>
          <w:i w:val="0"/>
          <w:color w:val="374151"/>
          <w:sz w:val="20"/>
        </w:rPr>
        <w:t>• L’administration dispose en principe de six mois pour répondre. En cas de rejet ou de silence, le litige peut être porté devant le juge (tribunal administratif pour les impôts directs et la TVA).</w:t>
      </w:r>
    </w:p>
    <w:p>
      <w:pPr>
        <w:spacing w:before="0" w:after="100"/>
        <w:ind w:left="340" w:hanging="227"/>
        <w:jc w:val="both"/>
      </w:pPr>
      <w:r>
        <w:rPr>
          <w:b w:val="0"/>
          <w:i w:val="0"/>
          <w:color w:val="374151"/>
          <w:sz w:val="20"/>
        </w:rPr>
        <w:t>• Supprimez l’en-tête « Modèle fourni à titre informatif… », les surlignages et la présente page avant d’envoyer le courrier. Conservez une copie du courrier, la preuve de dépôt et l’avis de réception.</w:t>
      </w:r>
    </w:p>
    <w:p>
      <w:pPr>
        <w:spacing w:before="0" w:after="100"/>
        <w:ind w:left="340" w:hanging="227"/>
        <w:jc w:val="both"/>
      </w:pPr>
      <w:r>
        <w:rPr>
          <w:b w:val="0"/>
          <w:i w:val="0"/>
          <w:color w:val="374151"/>
          <w:sz w:val="20"/>
        </w:rPr>
        <w:t>• En cas de doute sur un délai ou sur la stratégie à adopter, faites relire votre courrier par un avocat.</w:t>
      </w:r>
    </w:p>
    <w:sectPr w:rsidR="00FC693F" w:rsidRPr="0006063C" w:rsidSect="00034616">
      <w:headerReference w:type="default" r:id="rId9"/>
      <w:footerReference w:type="default" r:id="rId10"/>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Réclamation contentieuse en matière fiscale</dc:title>
  <dc:subject>Article L. 190 du livre des procédures fiscales</dc:subject>
  <dc:creator>Cabinet Gasimov</dc:creator>
  <cp:keywords>modèle, courrier, administration</cp:keywords>
  <dc:description>Modèle fourni à titre informatif — à adapter à votre situation ; ne remplace pas un conseil personnalisé. Cabinet Gasimov</dc:description>
  <cp:lastModifiedBy/>
  <cp:revision>1</cp:revision>
  <dcterms:created xsi:type="dcterms:W3CDTF">2013-12-23T23:15:00Z</dcterms:created>
  <dcterms:modified xsi:type="dcterms:W3CDTF">2013-12-23T23:15:00Z</dcterms:modified>
  <cp:category/>
  <dc:language>fr-FR</dc:language>
</cp:coreProperties>
</file>