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highlight w:val="yellow"/>
        </w:rPr>
        <w:t>[Prénom NOM]</w:t>
      </w:r>
    </w:p>
    <w:p>
      <w:pPr>
        <w:spacing w:before="0" w:after="0"/>
      </w:pPr>
      <w:r>
        <w:rPr>
          <w:b w:val="0"/>
          <w:i w:val="0"/>
          <w:highlight w:val="yellow"/>
        </w:rPr>
        <w:t>[Adresse]</w:t>
      </w:r>
    </w:p>
    <w:p>
      <w:pPr>
        <w:spacing w:before="0" w:after="0"/>
      </w:pPr>
      <w:r>
        <w:rPr>
          <w:b w:val="0"/>
          <w:i w:val="0"/>
          <w:highlight w:val="yellow"/>
        </w:rPr>
        <w:t>[Code postal]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[Ville]</w:t>
      </w:r>
    </w:p>
    <w:p>
      <w:pPr>
        <w:spacing w:before="0" w:after="0"/>
      </w:pPr>
      <w:r>
        <w:rPr>
          <w:b w:val="0"/>
          <w:i w:val="0"/>
        </w:rPr>
        <w:t xml:space="preserve">Tél. : </w:t>
      </w:r>
      <w:r>
        <w:rPr>
          <w:b w:val="0"/>
          <w:i w:val="0"/>
          <w:highlight w:val="yellow"/>
        </w:rPr>
        <w:t>[téléphone]</w:t>
      </w:r>
      <w:r>
        <w:rPr>
          <w:b w:val="0"/>
          <w:i w:val="0"/>
        </w:rPr>
        <w:t xml:space="preserve"> — Courriel : </w:t>
      </w:r>
      <w:r>
        <w:rPr>
          <w:b w:val="0"/>
          <w:i w:val="0"/>
          <w:highlight w:val="yellow"/>
        </w:rPr>
        <w:t>[adresse électronique]</w:t>
      </w:r>
    </w:p>
    <w:p>
      <w:pPr>
        <w:spacing w:before="0" w:after="0"/>
      </w:pPr>
      <w:r>
        <w:rPr>
          <w:b w:val="0"/>
          <w:i w:val="0"/>
        </w:rPr>
        <w:t xml:space="preserve">Né(e) le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 xml:space="preserve"> à </w:t>
      </w:r>
      <w:r>
        <w:rPr>
          <w:b w:val="0"/>
          <w:i w:val="0"/>
          <w:highlight w:val="yellow"/>
        </w:rPr>
        <w:t>[lieu]</w:t>
      </w:r>
      <w:r>
        <w:rPr>
          <w:b w:val="0"/>
          <w:i w:val="0"/>
        </w:rPr>
        <w:t xml:space="preserve"> — Nationalité : </w:t>
      </w:r>
      <w:r>
        <w:rPr>
          <w:b w:val="0"/>
          <w:i w:val="0"/>
          <w:highlight w:val="yellow"/>
        </w:rPr>
        <w:t>[nationalité]</w:t>
      </w:r>
    </w:p>
    <w:p>
      <w:pPr>
        <w:spacing w:before="0" w:after="0"/>
      </w:pPr>
      <w:r>
        <w:rPr>
          <w:b w:val="0"/>
          <w:i w:val="0"/>
        </w:rPr>
        <w:t xml:space="preserve">N° étranger (AGDREF) : </w:t>
      </w:r>
      <w:r>
        <w:rPr>
          <w:b w:val="0"/>
          <w:i w:val="0"/>
          <w:highlight w:val="yellow"/>
        </w:rPr>
        <w:t>[numéro]</w:t>
      </w:r>
      <w:r>
        <w:rPr>
          <w:b w:val="0"/>
          <w:i w:val="0"/>
        </w:rPr>
        <w:t xml:space="preserve"> — N° de dossier ANEF : </w:t>
      </w:r>
      <w:r>
        <w:rPr>
          <w:b w:val="0"/>
          <w:i w:val="0"/>
          <w:highlight w:val="yellow"/>
        </w:rPr>
        <w:t>[numéro]</w:t>
      </w:r>
    </w:p>
    <w:p>
      <w:pPr>
        <w:spacing w:before="0" w:after="80"/>
      </w:pPr>
    </w:p>
    <w:p>
      <w:pPr>
        <w:spacing w:before="0" w:after="0"/>
        <w:ind w:left="5102"/>
      </w:pPr>
      <w:r>
        <w:rPr>
          <w:b/>
          <w:i w:val="0"/>
          <w:highlight w:val="yellow"/>
        </w:rPr>
        <w:t>[Madame la Préfète / Monsieur le Préfet]</w:t>
      </w:r>
      <w:r>
        <w:rPr>
          <w:b/>
          <w:i w:val="0"/>
        </w:rPr>
        <w:t xml:space="preserve"> de </w:t>
      </w:r>
      <w:r>
        <w:rPr>
          <w:b/>
          <w:i w:val="0"/>
          <w:highlight w:val="yellow"/>
        </w:rPr>
        <w:t>[département]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[Service compétent : direction ou bureau du séjour des étrangers — intitulé à vérifier sur le site de la préfecture]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[Adresse de la préfecture]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[Code postal]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[Ville]</w:t>
      </w:r>
    </w:p>
    <w:p>
      <w:pPr>
        <w:spacing w:before="0" w:after="80"/>
      </w:pPr>
    </w:p>
    <w:p>
      <w:pPr>
        <w:spacing w:before="0" w:after="240"/>
        <w:ind w:left="5102"/>
      </w:pPr>
      <w:r>
        <w:rPr>
          <w:b w:val="0"/>
          <w:i w:val="0"/>
          <w:highlight w:val="yellow"/>
        </w:rPr>
        <w:t>[Ville]</w:t>
      </w:r>
      <w:r>
        <w:rPr>
          <w:b w:val="0"/>
          <w:i w:val="0"/>
        </w:rPr>
        <w:t xml:space="preserve">, le </w:t>
      </w:r>
      <w:r>
        <w:rPr>
          <w:b w:val="0"/>
          <w:i w:val="0"/>
          <w:highlight w:val="yellow"/>
        </w:rPr>
        <w:t>[date]</w:t>
      </w:r>
    </w:p>
    <w:p>
      <w:pPr>
        <w:spacing w:before="0" w:after="40"/>
      </w:pPr>
      <w:r>
        <w:rPr>
          <w:b/>
          <w:i w:val="0"/>
        </w:rPr>
        <w:t xml:space="preserve">Lettre recommandée avec demande d’avis de réception </w:t>
      </w:r>
      <w:r>
        <w:rPr>
          <w:b/>
          <w:i w:val="0"/>
          <w:highlight w:val="yellow"/>
        </w:rPr>
        <w:t>[et copie par le formulaire de contact de la préfecture]</w:t>
      </w:r>
    </w:p>
    <w:p>
      <w:pPr>
        <w:spacing w:after="40"/>
      </w:pPr>
      <w:r>
        <w:rPr>
          <w:b/>
          <w:i w:val="0"/>
        </w:rPr>
        <w:t xml:space="preserve">Objet : </w:t>
      </w:r>
      <w:r>
        <w:rPr>
          <w:b/>
          <w:i w:val="0"/>
          <w:highlight w:val="yellow"/>
        </w:rPr>
        <w:t>[Demande de rendez-vous]</w:t>
      </w:r>
      <w:r>
        <w:rPr>
          <w:b/>
          <w:i w:val="0"/>
        </w:rPr>
        <w:t xml:space="preserve"> </w:t>
      </w:r>
      <w:r>
        <w:rPr>
          <w:b/>
          <w:i w:val="0"/>
          <w:highlight w:val="yellow"/>
        </w:rPr>
        <w:t>[Suivi de mon dossier]</w:t>
      </w:r>
      <w:r>
        <w:rPr>
          <w:b/>
          <w:i w:val="0"/>
        </w:rPr>
        <w:t xml:space="preserve"> — </w:t>
      </w:r>
      <w:r>
        <w:rPr>
          <w:b/>
          <w:i w:val="0"/>
          <w:highlight w:val="yellow"/>
        </w:rPr>
        <w:t>[première demande / renouvellement]</w:t>
      </w:r>
      <w:r>
        <w:rPr>
          <w:b/>
          <w:i w:val="0"/>
        </w:rPr>
        <w:t xml:space="preserve"> de titre de séjour</w:t>
      </w:r>
    </w:p>
    <w:p>
      <w:pPr>
        <w:spacing w:before="0" w:after="80"/>
      </w:pPr>
    </w:p>
    <w:p>
      <w:pPr>
        <w:spacing w:before="0" w:after="160"/>
      </w:pPr>
      <w:r>
        <w:rPr>
          <w:b w:val="0"/>
          <w:i w:val="0"/>
          <w:highlight w:val="yellow"/>
        </w:rPr>
        <w:t>[Madame la Préfète, / Monsieur le Préfet,]</w:t>
      </w:r>
    </w:p>
    <w:p>
      <w:pPr>
        <w:spacing w:before="0" w:after="160"/>
        <w:jc w:val="both"/>
      </w:pPr>
      <w:r>
        <w:rPr>
          <w:b w:val="0"/>
          <w:i w:val="0"/>
        </w:rPr>
        <w:t xml:space="preserve">Je suis titulaire </w:t>
      </w:r>
      <w:r>
        <w:rPr>
          <w:b w:val="0"/>
          <w:i w:val="0"/>
          <w:highlight w:val="yellow"/>
        </w:rPr>
        <w:t>[d’une carte de séjour portant la mention « … » / d’un visa long séjour / d’un récépissé / d’une attestation de prolongation d’instruction]</w:t>
      </w:r>
      <w:r>
        <w:rPr>
          <w:b w:val="0"/>
          <w:i w:val="0"/>
        </w:rPr>
        <w:t xml:space="preserve"> valable jusqu’au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>.</w:t>
      </w:r>
    </w:p>
    <w:p>
      <w:pPr>
        <w:spacing w:before="0" w:after="160"/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 xml:space="preserve">, j’ai </w:t>
      </w:r>
      <w:r>
        <w:rPr>
          <w:b w:val="0"/>
          <w:i w:val="0"/>
          <w:highlight w:val="yellow"/>
        </w:rPr>
        <w:t>[déposé une demande de / tenté de déposer une demande de]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[renouvellement de mon titre de séjour / première délivrance d’un titre de séjour portant la mention « … »]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[sur la plateforme ANEF / auprès de vos services]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yellow"/>
        </w:rPr>
        <w:t>[enregistrée sous le numéro …]</w:t>
      </w:r>
      <w:r>
        <w:rPr>
          <w:b w:val="0"/>
          <w:i w:val="0"/>
        </w:rPr>
        <w:t>.</w:t>
      </w:r>
    </w:p>
    <w:p>
      <w:pPr>
        <w:keepNext/>
        <w:spacing w:before="80" w:after="60"/>
      </w:pPr>
      <w:r>
        <w:rPr>
          <w:b/>
          <w:i w:val="0"/>
          <w:highlight w:val="yellow"/>
        </w:rPr>
        <w:t>[Option A — impossibilité d’obtenir un rendez-vous]</w:t>
      </w:r>
    </w:p>
    <w:p>
      <w:pPr>
        <w:spacing w:before="0" w:after="160"/>
        <w:jc w:val="both"/>
      </w:pPr>
      <w:r>
        <w:rPr>
          <w:b w:val="0"/>
          <w:i w:val="0"/>
        </w:rPr>
        <w:t xml:space="preserve">Malgré des tentatives répétées, notamment les </w:t>
      </w:r>
      <w:r>
        <w:rPr>
          <w:b w:val="0"/>
          <w:i w:val="0"/>
          <w:highlight w:val="yellow"/>
        </w:rPr>
        <w:t>[dates]</w:t>
      </w:r>
      <w:r>
        <w:rPr>
          <w:b w:val="0"/>
          <w:i w:val="0"/>
        </w:rPr>
        <w:t xml:space="preserve">, il m’a été impossible d’obtenir un rendez-vous par le système de prise de rendez-vous en ligne, aucun créneau n’étant disponible (captures d’écran jointes). Je vous prie en conséquence de bien vouloir me convoquer afin que je puisse </w:t>
      </w:r>
      <w:r>
        <w:rPr>
          <w:b w:val="0"/>
          <w:i w:val="0"/>
          <w:highlight w:val="yellow"/>
        </w:rPr>
        <w:t>[déposer ma demande / compléter mon dossier / retirer mon titre]</w:t>
      </w:r>
      <w:r>
        <w:rPr>
          <w:b w:val="0"/>
          <w:i w:val="0"/>
        </w:rPr>
        <w:t>.</w:t>
      </w:r>
    </w:p>
    <w:p>
      <w:pPr>
        <w:keepNext/>
        <w:spacing w:before="80" w:after="60"/>
      </w:pPr>
      <w:r>
        <w:rPr>
          <w:b/>
          <w:i w:val="0"/>
          <w:highlight w:val="yellow"/>
        </w:rPr>
        <w:t>[Option B — absence de nouvelles sur un dossier déposé]</w:t>
      </w:r>
    </w:p>
    <w:p>
      <w:pPr>
        <w:spacing w:before="0" w:after="160"/>
        <w:jc w:val="both"/>
      </w:pPr>
      <w:r>
        <w:rPr>
          <w:b w:val="0"/>
          <w:i w:val="0"/>
        </w:rPr>
        <w:t xml:space="preserve">À ce jour, malgré </w:t>
      </w:r>
      <w:r>
        <w:rPr>
          <w:b w:val="0"/>
          <w:i w:val="0"/>
          <w:highlight w:val="yellow"/>
        </w:rPr>
        <w:t>[mes relances des … / le temps écoulé]</w:t>
      </w:r>
      <w:r>
        <w:rPr>
          <w:b w:val="0"/>
          <w:i w:val="0"/>
        </w:rPr>
        <w:t xml:space="preserve">, je n’ai reçu aucune information sur l’état d’avancement de l’instruction de ma demande. </w:t>
      </w:r>
      <w:r>
        <w:rPr>
          <w:b w:val="0"/>
          <w:i w:val="0"/>
          <w:highlight w:val="yellow"/>
        </w:rPr>
        <w:t>[Mon récépissé / mon attestation de prolongation d’instruction]</w:t>
      </w:r>
      <w:r>
        <w:rPr>
          <w:b w:val="0"/>
          <w:i w:val="0"/>
        </w:rPr>
        <w:t xml:space="preserve"> expire le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>.</w:t>
      </w:r>
    </w:p>
    <w:p>
      <w:pPr>
        <w:spacing w:before="0" w:after="160"/>
        <w:jc w:val="both"/>
      </w:pPr>
      <w:r>
        <w:rPr>
          <w:b w:val="0"/>
          <w:i w:val="0"/>
        </w:rPr>
        <w:t xml:space="preserve">Cette situation a des conséquences importantes sur ma vie personnelle et professionnelle : </w:t>
      </w:r>
      <w:r>
        <w:rPr>
          <w:b w:val="0"/>
          <w:i w:val="0"/>
          <w:highlight w:val="yellow"/>
        </w:rPr>
        <w:t>[maintien dans l’emploi, droits sociaux, CAF, logement, scolarité, déplacements…]</w:t>
      </w:r>
      <w:r>
        <w:rPr>
          <w:b w:val="0"/>
          <w:i w:val="0"/>
        </w:rPr>
        <w:t>.</w:t>
      </w:r>
    </w:p>
    <w:p>
      <w:pPr>
        <w:spacing w:before="0" w:after="160"/>
        <w:jc w:val="both"/>
      </w:pPr>
      <w:r>
        <w:rPr>
          <w:b w:val="0"/>
          <w:i w:val="0"/>
        </w:rPr>
        <w:t xml:space="preserve">Je vous serais donc reconnaissant(e) de bien vouloir m’indiquer l’état d’avancement de mon dossier, </w:t>
      </w:r>
      <w:r>
        <w:rPr>
          <w:b w:val="0"/>
          <w:i w:val="0"/>
          <w:highlight w:val="yellow"/>
        </w:rPr>
        <w:t>[me délivrer un récépissé ou une attestation de prolongation d’instruction couvrant la durée de l’examen de ma demande,]</w:t>
      </w:r>
      <w:r>
        <w:rPr>
          <w:b w:val="0"/>
          <w:i w:val="0"/>
        </w:rPr>
        <w:t xml:space="preserve"> et, le cas échéant, me préciser les pièces complémentaires à fournir.</w:t>
      </w:r>
    </w:p>
    <w:p>
      <w:pPr>
        <w:spacing w:before="0" w:after="160"/>
        <w:jc w:val="both"/>
      </w:pPr>
      <w:r>
        <w:rPr>
          <w:b w:val="0"/>
          <w:i w:val="0"/>
        </w:rPr>
        <w:t>Je reste à la disposition de vos services pour tout renseignement complémentaire.</w:t>
      </w:r>
    </w:p>
    <w:p>
      <w:pPr>
        <w:spacing w:before="0" w:after="360"/>
        <w:jc w:val="both"/>
      </w:pPr>
      <w:r>
        <w:rPr>
          <w:b w:val="0"/>
          <w:i w:val="0"/>
        </w:rPr>
        <w:t xml:space="preserve">Je vous prie d’agréer, </w:t>
      </w:r>
      <w:r>
        <w:rPr>
          <w:b w:val="0"/>
          <w:i w:val="0"/>
          <w:highlight w:val="yellow"/>
        </w:rPr>
        <w:t>[Madame la Préfète / Monsieur le Préfet]</w:t>
      </w:r>
      <w:r>
        <w:rPr>
          <w:b w:val="0"/>
          <w:i w:val="0"/>
        </w:rPr>
        <w:t>, l’expression de ma haute considération.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[Signature]</w:t>
      </w:r>
    </w:p>
    <w:p>
      <w:pPr>
        <w:spacing w:before="0" w:after="320"/>
        <w:ind w:left="5102"/>
      </w:pPr>
      <w:r>
        <w:rPr>
          <w:b w:val="0"/>
          <w:i w:val="0"/>
          <w:highlight w:val="yellow"/>
        </w:rPr>
        <w:t>[Prénom NOM]</w:t>
      </w:r>
    </w:p>
    <w:p>
      <w:pPr>
        <w:keepNext/>
        <w:spacing w:before="0" w:after="40"/>
      </w:pPr>
      <w:r>
        <w:rPr>
          <w:b/>
          <w:i w:val="0"/>
        </w:rPr>
        <w:t>Pièces jointes :</w:t>
      </w:r>
    </w:p>
    <w:p>
      <w:pPr>
        <w:spacing w:before="0" w:after="20"/>
        <w:ind w:left="510" w:hanging="283"/>
      </w:pPr>
      <w:r>
        <w:rPr>
          <w:b w:val="0"/>
          <w:i w:val="0"/>
        </w:rPr>
        <w:t>– copie de mon titre de séjour / récépissé / visa en cours</w:t>
      </w:r>
    </w:p>
    <w:p>
      <w:pPr>
        <w:spacing w:before="0" w:after="20"/>
        <w:ind w:left="510" w:hanging="283"/>
      </w:pPr>
      <w:r>
        <w:rPr>
          <w:b w:val="0"/>
          <w:i w:val="0"/>
        </w:rPr>
        <w:t>– copie de mon passeport</w:t>
      </w:r>
    </w:p>
    <w:p>
      <w:pPr>
        <w:spacing w:before="0" w:after="20"/>
        <w:ind w:left="510" w:hanging="283"/>
      </w:pPr>
      <w:r>
        <w:rPr>
          <w:b w:val="0"/>
          <w:i w:val="0"/>
        </w:rPr>
        <w:t xml:space="preserve">– </w:t>
      </w:r>
      <w:r>
        <w:rPr>
          <w:b w:val="0"/>
          <w:i w:val="0"/>
          <w:highlight w:val="yellow"/>
        </w:rPr>
        <w:t>[preuve du dépôt de la demande ANEF ou accusé de réception]</w:t>
      </w:r>
    </w:p>
    <w:p>
      <w:pPr>
        <w:spacing w:before="0" w:after="20"/>
        <w:ind w:left="510" w:hanging="283"/>
      </w:pPr>
      <w:r>
        <w:rPr>
          <w:b w:val="0"/>
          <w:i w:val="0"/>
        </w:rPr>
        <w:t xml:space="preserve">– </w:t>
      </w:r>
      <w:r>
        <w:rPr>
          <w:b w:val="0"/>
          <w:i w:val="0"/>
          <w:highlight w:val="yellow"/>
        </w:rPr>
        <w:t>[captures d’écran datées des tentatives de prise de rendez-vous]</w:t>
      </w:r>
    </w:p>
    <w:p>
      <w:r>
        <w:br w:type="page"/>
      </w:r>
    </w:p>
    <w:p>
      <w:pPr>
        <w:spacing w:before="0" w:after="80"/>
      </w:pPr>
      <w:r>
        <w:rPr>
          <w:b/>
          <w:i w:val="0"/>
          <w:sz w:val="26"/>
        </w:rPr>
        <w:t>Notes pratiques — à supprimer avant envoi</w:t>
      </w:r>
    </w:p>
    <w:p>
      <w:pPr>
        <w:pBdr>
          <w:bottom w:val="single" w:sz="6" w:space="1" w:color="9AA5B1"/>
        </w:pBdr>
        <w:spacing w:after="120"/>
      </w:pP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Conservez toutes les preuves de vos démarches : captures d’écran datées, courriels, accusés de réception ANEF, numéros de suivi.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Ne laissez pas expirer votre document de séjour sans réagir : un séjour sans document en cours de validité peut avoir des conséquences sur votre emploi et vos droits sociaux.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Un silence prolongé de la préfecture peut faire naître une décision implicite de rejet, contestable dans des délais stricts. En cas d’impossibilité persistante d’obtenir un rendez-vous, un référé devant le tribunal administratif peut être envisagé.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En cas de refus de séjour, d’obligation de quitter le territoire (OQTF) ou de situation urgente, les délais de recours peuvent être très courts : consultez un avocat sans attendre.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Courrier à la préfecture — demande de rendez-vous ou de suivi d’un dossier de titre de séjour</dc:title>
  <dc:subject>Titre de séjour — préfecture</dc:subject>
  <dc:creator>Cabinet Gasimov</dc:creator>
  <cp:keywords>modèle, courrier, administration</cp:keywords>
  <dc:description>Modèle fourni à titre informatif — à adapter à votre situation ; ne remplace pas un conseil personnalisé. Cabinet Gasimov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