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jc w:val="center"/>
      </w:pPr>
      <w:r>
        <w:rPr>
          <w:rFonts w:ascii="Calibri" w:hAnsi="Calibri" w:eastAsia="Calibri"/>
          <w:b/>
          <w:sz w:val="26"/>
        </w:rPr>
        <w:t>POUVOIRS POUR LES FORMALITÉS DE CONSTITUTION</w:t>
      </w:r>
    </w:p>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en cours de formation</w:t>
      </w:r>
    </w:p>
    <w:p>
      <w:pPr>
        <w:spacing w:after="40" w:before="0"/>
        <w:jc w:val="center"/>
      </w:pPr>
      <w:r>
        <w:rPr>
          <w:rFonts w:ascii="Calibri" w:hAnsi="Calibri" w:eastAsia="Calibri"/>
          <w:sz w:val="22"/>
          <w:highlight w:val="yellow"/>
        </w:rPr>
        <w:t>[SAS / SASU / SARL / EURL / SNC / SCI]</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280" w:before="0"/>
        <w:jc w:val="center"/>
      </w:pPr>
      <w:r>
        <w:rPr>
          <w:rFonts w:ascii="Calibri" w:hAnsi="Calibri" w:eastAsia="Calibri"/>
          <w:sz w:val="22"/>
        </w:rPr>
        <w:t xml:space="preserve">Siège social prévu : </w:t>
      </w:r>
      <w:r>
        <w:rPr>
          <w:rFonts w:ascii="Calibri" w:hAnsi="Calibri" w:eastAsia="Calibri"/>
          <w:sz w:val="22"/>
          <w:highlight w:val="yellow"/>
        </w:rPr>
        <w:t>[adresse]</w:t>
      </w:r>
    </w:p>
    <w:p>
      <w:pPr>
        <w:spacing w:after="80" w:before="0"/>
      </w:pPr>
      <w:r>
        <w:rPr>
          <w:rFonts w:ascii="Calibri" w:hAnsi="Calibri" w:eastAsia="Calibri"/>
          <w:b/>
          <w:sz w:val="24"/>
        </w:rPr>
        <w:t>I. POUVOIR SPÉCIAL DE SIGNER L’AVIS DE CONSTITUTION</w:t>
      </w:r>
    </w:p>
    <w:p>
      <w:pPr>
        <w:spacing w:after="160" w:before="0"/>
      </w:pPr>
      <w:r>
        <w:rPr>
          <w:rFonts w:ascii="Calibri" w:hAnsi="Calibri" w:eastAsia="Calibri"/>
          <w:i/>
          <w:sz w:val="20"/>
        </w:rPr>
        <w:t>Code de commerce, art. R. 210-3 — sociétés civiles : décret n° 78-704 du 3 juillet 1978, art. 22</w:t>
      </w:r>
    </w:p>
    <w:p>
      <w:pPr>
        <w:spacing w:after="80" w:before="0"/>
        <w:jc w:val="both"/>
      </w:pPr>
      <w:r>
        <w:rPr>
          <w:rFonts w:ascii="Calibri" w:hAnsi="Calibri" w:eastAsia="Calibri"/>
          <w:sz w:val="22"/>
        </w:rPr>
        <w:t>Les soussignés, fondateurs et premiers associés de la société désignée ci-dessus :</w:t>
      </w:r>
    </w:p>
    <w:p>
      <w:pPr>
        <w:spacing w:after="40" w:before="0"/>
        <w:jc w:val="both"/>
      </w:pPr>
      <w:r>
        <w:rPr>
          <w:rFonts w:ascii="Calibri" w:hAnsi="Calibri" w:eastAsia="Calibri"/>
          <w:sz w:val="22"/>
        </w:rPr>
        <w:t xml:space="preserve">– </w:t>
      </w:r>
      <w:r>
        <w:rPr>
          <w:rFonts w:ascii="Calibri" w:hAnsi="Calibri" w:eastAsia="Calibri"/>
          <w:sz w:val="22"/>
          <w:highlight w:val="yellow"/>
        </w:rPr>
        <w:t>[Prénom NOM / dénomination], demeurant / dont le siège est …</w:t>
      </w:r>
    </w:p>
    <w:p>
      <w:pPr>
        <w:spacing w:after="160" w:before="0"/>
        <w:jc w:val="both"/>
      </w:pPr>
      <w:r>
        <w:rPr>
          <w:rFonts w:ascii="Calibri" w:hAnsi="Calibri" w:eastAsia="Calibri"/>
          <w:sz w:val="22"/>
        </w:rPr>
        <w:t xml:space="preserve">– </w:t>
      </w:r>
      <w:r>
        <w:rPr>
          <w:rFonts w:ascii="Calibri" w:hAnsi="Calibri" w:eastAsia="Calibri"/>
          <w:sz w:val="22"/>
          <w:highlight w:val="yellow"/>
        </w:rPr>
        <w:t>[Prénom NOM / dénomination], demeurant / dont le siège est …</w:t>
      </w:r>
    </w:p>
    <w:p>
      <w:pPr>
        <w:spacing w:after="200" w:before="0"/>
        <w:jc w:val="both"/>
      </w:pPr>
      <w:r>
        <w:rPr>
          <w:rFonts w:ascii="Calibri" w:hAnsi="Calibri" w:eastAsia="Calibri"/>
          <w:sz w:val="22"/>
        </w:rPr>
        <w:t xml:space="preserve">donnent pouvoir spécial à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[fondateur / premier associé]</w:t>
      </w:r>
      <w:r>
        <w:rPr>
          <w:rFonts w:ascii="Calibri" w:hAnsi="Calibri" w:eastAsia="Calibri"/>
          <w:sz w:val="22"/>
        </w:rPr>
        <w:t xml:space="preserve"> de la société, de signer l’avis de constitution de la société, de le faire insérer dans un support habilité à recevoir les annonces légales dans le département du siège social </w:t>
      </w:r>
      <w:r>
        <w:rPr>
          <w:rFonts w:ascii="Calibri" w:hAnsi="Calibri" w:eastAsia="Calibri"/>
          <w:sz w:val="22"/>
          <w:highlight w:val="yellow"/>
        </w:rPr>
        <w:t>[nom du journal ou du service de presse en ligne]</w:t>
      </w:r>
      <w:r>
        <w:rPr>
          <w:rFonts w:ascii="Calibri" w:hAnsi="Calibri" w:eastAsia="Calibri"/>
          <w:sz w:val="22"/>
        </w:rPr>
        <w:t xml:space="preserve"> et d’en obtenir l’attestation de parution.</w:t>
      </w:r>
    </w:p>
    <w:p>
      <w:pPr>
        <w:keepNext/>
        <w:keepLines/>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keepNext/>
        <w:keepLines/>
        <w:spacing w:after="40" w:before="0"/>
      </w:pPr>
      <w:r>
        <w:rPr>
          <w:rFonts w:ascii="Calibri" w:hAnsi="Calibri" w:eastAsia="Calibri"/>
          <w:b/>
          <w:sz w:val="22"/>
        </w:rPr>
        <w:t>Les associés</w:t>
      </w:r>
    </w:p>
    <w:p>
      <w:pPr>
        <w:keepNext/>
        <w:keepLines/>
        <w:spacing w:after="160" w:before="0"/>
      </w:pPr>
      <w:r>
        <w:rPr>
          <w:rFonts w:ascii="Calibri" w:hAnsi="Calibri" w:eastAsia="Calibri"/>
          <w:sz w:val="22"/>
          <w:highlight w:val="yellow"/>
        </w:rPr>
        <w:t>[Prénoms NOMS — signatures précédées de la mention « Bon pour pouvoir »]</w:t>
      </w:r>
    </w:p>
    <w:p>
      <w:pPr>
        <w:keepNext/>
        <w:keepLines/>
        <w:spacing w:after="40" w:before="0"/>
      </w:pPr>
      <w:r>
        <w:rPr>
          <w:rFonts w:ascii="Calibri" w:hAnsi="Calibri" w:eastAsia="Calibri"/>
          <w:b/>
          <w:sz w:val="22"/>
        </w:rPr>
        <w:t>Le titulaire du pouvoir</w:t>
      </w:r>
    </w:p>
    <w:p>
      <w:pPr>
        <w:keepLines/>
        <w:spacing w:after="280" w:before="0"/>
      </w:pPr>
      <w:r>
        <w:rPr>
          <w:rFonts w:ascii="Calibri" w:hAnsi="Calibri" w:eastAsia="Calibri"/>
          <w:sz w:val="22"/>
          <w:highlight w:val="yellow"/>
        </w:rPr>
        <w:t>[Prénom NOM — signature précédée de la mention « Bon pour acceptation »]</w:t>
      </w:r>
    </w:p>
    <w:p>
      <w:r>
        <w:br w:type="page"/>
      </w:r>
    </w:p>
    <w:p>
      <w:pPr>
        <w:spacing w:after="80" w:before="0"/>
      </w:pPr>
      <w:r>
        <w:rPr>
          <w:rFonts w:ascii="Calibri" w:hAnsi="Calibri" w:eastAsia="Calibri"/>
          <w:b/>
          <w:sz w:val="24"/>
        </w:rPr>
        <w:t>II. MANDAT POUR ACCOMPLIR LES FORMALITÉS SUR LE GUICHET UNIQUE</w:t>
      </w:r>
    </w:p>
    <w:p>
      <w:pPr>
        <w:spacing w:after="160" w:before="0"/>
      </w:pPr>
      <w:r>
        <w:rPr>
          <w:rFonts w:ascii="Calibri" w:hAnsi="Calibri" w:eastAsia="Calibri"/>
          <w:i/>
          <w:sz w:val="20"/>
        </w:rPr>
        <w:t xml:space="preserve">Société </w:t>
      </w:r>
      <w:r>
        <w:rPr>
          <w:rFonts w:ascii="Calibri" w:hAnsi="Calibri" w:eastAsia="Calibri"/>
          <w:i/>
          <w:sz w:val="20"/>
          <w:highlight w:val="yellow"/>
        </w:rPr>
        <w:t>[DÉNOMINATION]</w:t>
      </w:r>
      <w:r>
        <w:rPr>
          <w:rFonts w:ascii="Calibri" w:hAnsi="Calibri" w:eastAsia="Calibri"/>
          <w:i/>
          <w:sz w:val="20"/>
        </w:rPr>
        <w:t xml:space="preserve"> — en cours de formation</w:t>
      </w:r>
    </w:p>
    <w:p>
      <w:pPr>
        <w:spacing w:after="120" w:before="0"/>
        <w:jc w:val="both"/>
      </w:pPr>
      <w:r>
        <w:rPr>
          <w:rFonts w:ascii="Calibri" w:hAnsi="Calibri" w:eastAsia="Calibri"/>
          <w:sz w:val="22"/>
        </w:rPr>
        <w:t xml:space="preserve">Le (la) soussigné(e), </w:t>
      </w:r>
      <w:r>
        <w:rPr>
          <w:rFonts w:ascii="Calibri" w:hAnsi="Calibri" w:eastAsia="Calibri"/>
          <w:sz w:val="22"/>
          <w:highlight w:val="yellow"/>
        </w:rPr>
        <w:t>[Prénom NOM]</w:t>
      </w:r>
      <w:r>
        <w:rPr>
          <w:rFonts w:ascii="Calibri" w:hAnsi="Calibri" w:eastAsia="Calibri"/>
          <w:sz w:val="22"/>
        </w:rPr>
        <w:t xml:space="preserve">, agissant en qualité de </w:t>
      </w:r>
      <w:r>
        <w:rPr>
          <w:rFonts w:ascii="Calibri" w:hAnsi="Calibri" w:eastAsia="Calibri"/>
          <w:sz w:val="22"/>
          <w:highlight w:val="yellow"/>
        </w:rPr>
        <w:t>[futur Président / futur gérant]</w:t>
      </w:r>
      <w:r>
        <w:rPr>
          <w:rFonts w:ascii="Calibri" w:hAnsi="Calibri" w:eastAsia="Calibri"/>
          <w:sz w:val="22"/>
        </w:rPr>
        <w:t xml:space="preserve"> et représentant légal de la société en formation désignée ci-dessus,</w:t>
      </w:r>
    </w:p>
    <w:p>
      <w:pPr>
        <w:spacing w:after="120" w:before="0"/>
        <w:jc w:val="both"/>
      </w:pPr>
      <w:r>
        <w:rPr>
          <w:rFonts w:ascii="Calibri" w:hAnsi="Calibri" w:eastAsia="Calibri"/>
          <w:sz w:val="22"/>
        </w:rPr>
        <w:t xml:space="preserve">donne mandat à </w:t>
      </w:r>
      <w:r>
        <w:rPr>
          <w:rFonts w:ascii="Calibri" w:hAnsi="Calibri" w:eastAsia="Calibri"/>
          <w:sz w:val="22"/>
          <w:highlight w:val="yellow"/>
        </w:rPr>
        <w:t>[Prénom NOM / dénomination, forme, siège, n° RCS, représentée par …]</w:t>
      </w:r>
      <w:r>
        <w:rPr>
          <w:rFonts w:ascii="Calibri" w:hAnsi="Calibri" w:eastAsia="Calibri"/>
          <w:sz w:val="22"/>
        </w:rPr>
        <w:t xml:space="preserve">, </w:t>
      </w:r>
      <w:r>
        <w:rPr>
          <w:rFonts w:ascii="Calibri" w:hAnsi="Calibri" w:eastAsia="Calibri"/>
          <w:sz w:val="22"/>
          <w:highlight w:val="yellow"/>
        </w:rPr>
        <w:t>[adresse]</w:t>
      </w:r>
      <w:r>
        <w:rPr>
          <w:rFonts w:ascii="Calibri" w:hAnsi="Calibri" w:eastAsia="Calibri"/>
          <w:sz w:val="22"/>
        </w:rPr>
        <w:t xml:space="preserve"> (ci-après « le mandataire »), d’accomplir, au nom et pour le compte de la société, les formalités cochées ci-dessous :</w:t>
      </w:r>
    </w:p>
    <w:p>
      <w:pPr>
        <w:spacing w:after="80" w:before="0"/>
        <w:jc w:val="both"/>
      </w:pPr>
      <w:r>
        <w:rPr>
          <w:rFonts w:ascii="Calibri" w:hAnsi="Calibri" w:eastAsia="Calibri"/>
          <w:sz w:val="22"/>
        </w:rPr>
        <w:t xml:space="preserve">☐ </w:t>
      </w:r>
      <w:r>
        <w:rPr>
          <w:rFonts w:ascii="Calibri" w:hAnsi="Calibri" w:eastAsia="Calibri"/>
          <w:sz w:val="22"/>
        </w:rPr>
        <w:t>constituer, signer et transmettre le dossier de demande d’immatriculation de la société, avec les pièces justificatives remises par le mandant, sur le guichet unique des formalités d’entreprises ;</w:t>
      </w:r>
    </w:p>
    <w:p>
      <w:pPr>
        <w:spacing w:after="80" w:before="0"/>
        <w:jc w:val="both"/>
      </w:pPr>
      <w:r>
        <w:rPr>
          <w:rFonts w:ascii="Calibri" w:hAnsi="Calibri" w:eastAsia="Calibri"/>
          <w:sz w:val="22"/>
        </w:rPr>
        <w:t xml:space="preserve">☐ </w:t>
      </w:r>
      <w:r>
        <w:rPr>
          <w:rFonts w:ascii="Calibri" w:hAnsi="Calibri" w:eastAsia="Calibri"/>
          <w:sz w:val="22"/>
        </w:rPr>
        <w:t>déclarer les bénéficiaires effectifs de la société lors de la demande d’immatriculation ;</w:t>
      </w:r>
    </w:p>
    <w:p>
      <w:pPr>
        <w:spacing w:after="80" w:before="0"/>
        <w:jc w:val="both"/>
      </w:pPr>
      <w:r>
        <w:rPr>
          <w:rFonts w:ascii="Calibri" w:hAnsi="Calibri" w:eastAsia="Calibri"/>
          <w:sz w:val="22"/>
        </w:rPr>
        <w:t xml:space="preserve">☐ </w:t>
      </w:r>
      <w:r>
        <w:rPr>
          <w:rFonts w:ascii="Calibri" w:hAnsi="Calibri" w:eastAsia="Calibri"/>
          <w:sz w:val="22"/>
        </w:rPr>
        <w:t>répondre aux demandes de régularisation du greffe et transmettre les pièces manquantes ;</w:t>
      </w:r>
    </w:p>
    <w:p>
      <w:pPr>
        <w:spacing w:after="80" w:before="0"/>
        <w:jc w:val="both"/>
      </w:pPr>
      <w:r>
        <w:rPr>
          <w:rFonts w:ascii="Calibri" w:hAnsi="Calibri" w:eastAsia="Calibri"/>
          <w:sz w:val="22"/>
        </w:rPr>
        <w:t xml:space="preserve">☐ </w:t>
      </w:r>
      <w:r>
        <w:rPr>
          <w:rFonts w:ascii="Calibri" w:hAnsi="Calibri" w:eastAsia="Calibri"/>
          <w:sz w:val="22"/>
        </w:rPr>
        <w:t>demander, pour le compte de chaque dirigeant signataire ci-dessous, la confidentialité des informations relatives à son domicile personnel au registre du commerce et des sociétés (C. com., art. R. 123-54-1), en joignant la copie des actes où son adresse est occultée ;</w:t>
      </w:r>
    </w:p>
    <w:p>
      <w:pPr>
        <w:spacing w:after="80" w:before="0"/>
        <w:jc w:val="both"/>
      </w:pPr>
      <w:r>
        <w:rPr>
          <w:rFonts w:ascii="Calibri" w:hAnsi="Calibri" w:eastAsia="Calibri"/>
          <w:sz w:val="22"/>
        </w:rPr>
        <w:t xml:space="preserve">☐ </w:t>
      </w:r>
      <w:r>
        <w:rPr>
          <w:rFonts w:ascii="Calibri" w:hAnsi="Calibri" w:eastAsia="Calibri"/>
          <w:sz w:val="22"/>
        </w:rPr>
        <w:t>recevoir et transmettre au mandant les justificatifs d’immatriculation ;</w:t>
      </w:r>
    </w:p>
    <w:p>
      <w:pPr>
        <w:spacing w:after="160" w:before="0"/>
        <w:jc w:val="both"/>
      </w:pPr>
      <w:r>
        <w:rPr>
          <w:rFonts w:ascii="Calibri" w:hAnsi="Calibri" w:eastAsia="Calibri"/>
          <w:sz w:val="22"/>
        </w:rPr>
        <w:t xml:space="preserve">☐ </w:t>
      </w:r>
      <w:r>
        <w:rPr>
          <w:rFonts w:ascii="Calibri" w:hAnsi="Calibri" w:eastAsia="Calibri"/>
          <w:sz w:val="22"/>
          <w:highlight w:val="yellow"/>
        </w:rPr>
        <w:t>[autre formalité précisément désignée : …]</w:t>
      </w:r>
    </w:p>
    <w:p>
      <w:pPr>
        <w:spacing w:after="160" w:before="0"/>
        <w:jc w:val="both"/>
      </w:pPr>
      <w:r>
        <w:rPr>
          <w:rFonts w:ascii="Calibri" w:hAnsi="Calibri" w:eastAsia="Calibri"/>
          <w:sz w:val="22"/>
        </w:rPr>
        <w:t>Le mandataire accomplit les seuls actes matériels nécessaires à ces formalités ; il ne peut prendre aucun engagement au nom de la société. Le mandant demeure responsable de l’exactitude des informations et des pièces qu’il fournit.</w:t>
      </w:r>
    </w:p>
    <w:p>
      <w:pPr>
        <w:spacing w:after="200" w:before="0"/>
        <w:jc w:val="both"/>
      </w:pPr>
      <w:r>
        <w:rPr>
          <w:rFonts w:ascii="Calibri" w:hAnsi="Calibri" w:eastAsia="Calibri"/>
          <w:sz w:val="22"/>
        </w:rPr>
        <w:t xml:space="preserve">Le présent mandat est valable </w:t>
      </w:r>
      <w:r>
        <w:rPr>
          <w:rFonts w:ascii="Calibri" w:hAnsi="Calibri" w:eastAsia="Calibri"/>
          <w:sz w:val="22"/>
          <w:highlight w:val="yellow"/>
        </w:rPr>
        <w:t>[jusqu’au … / jusqu’à l’immatriculation de la société]</w:t>
      </w:r>
      <w:r>
        <w:rPr>
          <w:rFonts w:ascii="Calibri" w:hAnsi="Calibri" w:eastAsia="Calibri"/>
          <w:sz w:val="22"/>
        </w:rPr>
        <w:t>. Il peut être révoqué à tout moment par écrit.</w:t>
      </w:r>
    </w:p>
    <w:p>
      <w:pPr>
        <w:keepNext/>
        <w:keepLines/>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keepNext/>
        <w:keepLines/>
        <w:spacing w:after="40" w:before="0"/>
      </w:pPr>
      <w:r>
        <w:rPr>
          <w:rFonts w:ascii="Calibri" w:hAnsi="Calibri" w:eastAsia="Calibri"/>
          <w:b/>
          <w:sz w:val="22"/>
        </w:rPr>
        <w:t>Le mandant</w:t>
      </w:r>
    </w:p>
    <w:p>
      <w:pPr>
        <w:keepNext/>
        <w:keepLines/>
        <w:spacing w:after="160" w:before="0"/>
      </w:pPr>
      <w:r>
        <w:rPr>
          <w:rFonts w:ascii="Calibri" w:hAnsi="Calibri" w:eastAsia="Calibri"/>
          <w:sz w:val="22"/>
          <w:highlight w:val="yellow"/>
        </w:rPr>
        <w:t>[Prénom NOM — signature précédée de la mention « Bon pour mandat »]</w:t>
      </w:r>
    </w:p>
    <w:p>
      <w:pPr>
        <w:keepNext/>
        <w:keepLines/>
        <w:spacing w:after="40" w:before="0"/>
      </w:pPr>
      <w:r>
        <w:rPr>
          <w:rFonts w:ascii="Calibri" w:hAnsi="Calibri" w:eastAsia="Calibri"/>
          <w:b/>
          <w:sz w:val="22"/>
        </w:rPr>
        <w:t>Le mandataire</w:t>
      </w:r>
    </w:p>
    <w:p>
      <w:pPr>
        <w:keepNext/>
        <w:keepLines/>
        <w:spacing w:after="160" w:before="0"/>
      </w:pPr>
      <w:r>
        <w:rPr>
          <w:rFonts w:ascii="Calibri" w:hAnsi="Calibri" w:eastAsia="Calibri"/>
          <w:sz w:val="22"/>
          <w:highlight w:val="yellow"/>
        </w:rPr>
        <w:t>[Prénom NOM — signature précédée de la mention « Bon pour acceptation »]</w:t>
      </w:r>
    </w:p>
    <w:p>
      <w:pPr>
        <w:keepNext/>
        <w:keepLines/>
        <w:spacing w:after="40" w:before="0"/>
      </w:pPr>
      <w:r>
        <w:rPr>
          <w:rFonts w:ascii="Calibri" w:hAnsi="Calibri" w:eastAsia="Calibri"/>
          <w:b/>
          <w:sz w:val="22"/>
        </w:rPr>
        <w:t>Le cas échéant, chaque dirigeant demandant la confidentialité de son domicile personnel</w:t>
      </w:r>
    </w:p>
    <w:p>
      <w:pPr>
        <w:keepLines/>
        <w:spacing w:after="200" w:before="0"/>
      </w:pPr>
      <w:r>
        <w:rPr>
          <w:rFonts w:ascii="Calibri" w:hAnsi="Calibri" w:eastAsia="Calibri"/>
          <w:sz w:val="22"/>
          <w:highlight w:val="yellow"/>
        </w:rPr>
        <w:t>[Prénom NOM, qualité — signature précédée de la mention « Bon pour mandat »]</w:t>
      </w:r>
    </w:p>
    <w:p>
      <w:r>
        <w:br w:type="page"/>
      </w:r>
    </w:p>
    <w:p>
      <w:pPr>
        <w:spacing w:after="80" w:before="0"/>
      </w:pPr>
      <w:r>
        <w:rPr>
          <w:rFonts w:ascii="Calibri" w:hAnsi="Calibri" w:eastAsia="Calibri"/>
          <w:b/>
          <w:sz w:val="24"/>
        </w:rPr>
        <w:t>III. BORDEREAU DES PIÈCES REMISES AU MANDATAIRE</w:t>
      </w:r>
    </w:p>
    <w:p>
      <w:pPr>
        <w:spacing w:after="200" w:before="0"/>
      </w:pPr>
      <w:r>
        <w:rPr>
          <w:rFonts w:ascii="Calibri" w:hAnsi="Calibri" w:eastAsia="Calibri"/>
          <w:i/>
          <w:sz w:val="20"/>
        </w:rPr>
        <w:t>Liste indicative : le guichet unique détermine lui-même les pièces exigées selon les réponses données en ligne.</w:t>
      </w:r>
    </w:p>
    <w:p>
      <w:pPr>
        <w:spacing w:after="80" w:before="0"/>
        <w:jc w:val="both"/>
      </w:pPr>
      <w:r>
        <w:rPr>
          <w:rFonts w:ascii="Calibri" w:hAnsi="Calibri" w:eastAsia="Calibri"/>
          <w:sz w:val="22"/>
        </w:rPr>
        <w:t xml:space="preserve">☐ </w:t>
      </w:r>
      <w:r>
        <w:rPr>
          <w:rFonts w:ascii="Calibri" w:hAnsi="Calibri" w:eastAsia="Calibri"/>
          <w:sz w:val="22"/>
        </w:rPr>
        <w:t>Statuts datés et signés, avec, le cas échéant, l’état des actes accomplis pour le compte de la société en formation</w:t>
      </w:r>
    </w:p>
    <w:p>
      <w:pPr>
        <w:spacing w:after="80" w:before="0"/>
        <w:jc w:val="both"/>
      </w:pPr>
      <w:r>
        <w:rPr>
          <w:rFonts w:ascii="Calibri" w:hAnsi="Calibri" w:eastAsia="Calibri"/>
          <w:sz w:val="22"/>
        </w:rPr>
        <w:t xml:space="preserve">☐ </w:t>
      </w:r>
      <w:r>
        <w:rPr>
          <w:rFonts w:ascii="Calibri" w:hAnsi="Calibri" w:eastAsia="Calibri"/>
          <w:sz w:val="22"/>
        </w:rPr>
        <w:t>Acte de désignation du dirigeant s’il n’est pas nommé dans les statuts, et, le cas échéant, sa lettre d’acceptation</w:t>
      </w:r>
    </w:p>
    <w:p>
      <w:pPr>
        <w:spacing w:after="80" w:before="0"/>
        <w:jc w:val="both"/>
      </w:pPr>
      <w:r>
        <w:rPr>
          <w:rFonts w:ascii="Calibri" w:hAnsi="Calibri" w:eastAsia="Calibri"/>
          <w:sz w:val="22"/>
        </w:rPr>
        <w:t xml:space="preserve">☐ </w:t>
      </w:r>
      <w:r>
        <w:rPr>
          <w:rFonts w:ascii="Calibri" w:hAnsi="Calibri" w:eastAsia="Calibri"/>
          <w:sz w:val="22"/>
        </w:rPr>
        <w:t>Justificatif de jouissance du siège : facture, bail, contrat de domiciliation, ou attestation de domiciliation au domicile du représentant légal</w:t>
      </w:r>
    </w:p>
    <w:p>
      <w:pPr>
        <w:spacing w:after="80" w:before="0"/>
        <w:jc w:val="both"/>
      </w:pPr>
      <w:r>
        <w:rPr>
          <w:rFonts w:ascii="Calibri" w:hAnsi="Calibri" w:eastAsia="Calibri"/>
          <w:sz w:val="22"/>
        </w:rPr>
        <w:t xml:space="preserve">☐ </w:t>
      </w:r>
      <w:r>
        <w:rPr>
          <w:rFonts w:ascii="Calibri" w:hAnsi="Calibri" w:eastAsia="Calibri"/>
          <w:sz w:val="22"/>
        </w:rPr>
        <w:t>Certificat du dépositaire des fonds accompagné de la liste des souscripteurs (SAS, SASU, SARL, EURL)</w:t>
      </w:r>
    </w:p>
    <w:p>
      <w:pPr>
        <w:spacing w:after="80" w:before="0"/>
        <w:jc w:val="both"/>
      </w:pPr>
      <w:r>
        <w:rPr>
          <w:rFonts w:ascii="Calibri" w:hAnsi="Calibri" w:eastAsia="Calibri"/>
          <w:sz w:val="22"/>
        </w:rPr>
        <w:t xml:space="preserve">☐ </w:t>
      </w:r>
      <w:r>
        <w:rPr>
          <w:rFonts w:ascii="Calibri" w:hAnsi="Calibri" w:eastAsia="Calibri"/>
          <w:sz w:val="22"/>
        </w:rPr>
        <w:t>Activité réglementée : copie de l’autorisation d’exercice, du diplôme ou du titre</w:t>
      </w:r>
    </w:p>
    <w:p>
      <w:pPr>
        <w:spacing w:after="80" w:before="0"/>
        <w:jc w:val="both"/>
      </w:pPr>
      <w:r>
        <w:rPr>
          <w:rFonts w:ascii="Calibri" w:hAnsi="Calibri" w:eastAsia="Calibri"/>
          <w:sz w:val="22"/>
        </w:rPr>
        <w:t xml:space="preserve">☐ </w:t>
      </w:r>
      <w:r>
        <w:rPr>
          <w:rFonts w:ascii="Calibri" w:hAnsi="Calibri" w:eastAsia="Calibri"/>
          <w:sz w:val="22"/>
        </w:rPr>
        <w:t>SASU ou EURL : copie du contrat d’appui au projet d’entreprise (Cape), le cas échéant</w:t>
      </w:r>
    </w:p>
    <w:p>
      <w:pPr>
        <w:spacing w:after="80" w:before="0"/>
        <w:jc w:val="both"/>
      </w:pPr>
      <w:r>
        <w:rPr>
          <w:rFonts w:ascii="Calibri" w:hAnsi="Calibri" w:eastAsia="Calibri"/>
          <w:sz w:val="22"/>
        </w:rPr>
        <w:t xml:space="preserve">☐ </w:t>
      </w:r>
      <w:r>
        <w:rPr>
          <w:rFonts w:ascii="Calibri" w:hAnsi="Calibri" w:eastAsia="Calibri"/>
          <w:sz w:val="22"/>
        </w:rPr>
        <w:t>Copie de la pièce d’identité de chaque dirigeant personne physique</w:t>
      </w:r>
    </w:p>
    <w:p>
      <w:pPr>
        <w:spacing w:after="80" w:before="0"/>
        <w:jc w:val="both"/>
      </w:pPr>
      <w:r>
        <w:rPr>
          <w:rFonts w:ascii="Calibri" w:hAnsi="Calibri" w:eastAsia="Calibri"/>
          <w:sz w:val="22"/>
        </w:rPr>
        <w:t xml:space="preserve">☐ </w:t>
      </w:r>
      <w:r>
        <w:rPr>
          <w:rFonts w:ascii="Calibri" w:hAnsi="Calibri" w:eastAsia="Calibri"/>
          <w:sz w:val="22"/>
        </w:rPr>
        <w:t>Original de la déclaration sur l’honneur de non-condamnation et de filiation de chaque dirigeant</w:t>
      </w:r>
    </w:p>
    <w:p>
      <w:pPr>
        <w:spacing w:after="80" w:before="0"/>
        <w:jc w:val="both"/>
      </w:pPr>
      <w:r>
        <w:rPr>
          <w:rFonts w:ascii="Calibri" w:hAnsi="Calibri" w:eastAsia="Calibri"/>
          <w:sz w:val="22"/>
        </w:rPr>
        <w:t xml:space="preserve">☐ </w:t>
      </w:r>
      <w:r>
        <w:rPr>
          <w:rFonts w:ascii="Calibri" w:hAnsi="Calibri" w:eastAsia="Calibri"/>
          <w:sz w:val="22"/>
        </w:rPr>
        <w:t>Société civile et SNC : copie de la pièce d’identité et original de la déclaration de non-condamnation et de filiation de chaque associé personne physique</w:t>
      </w:r>
    </w:p>
    <w:p>
      <w:pPr>
        <w:spacing w:after="80" w:before="0"/>
        <w:jc w:val="both"/>
      </w:pPr>
      <w:r>
        <w:rPr>
          <w:rFonts w:ascii="Calibri" w:hAnsi="Calibri" w:eastAsia="Calibri"/>
          <w:sz w:val="22"/>
        </w:rPr>
        <w:t xml:space="preserve">☐ </w:t>
      </w:r>
      <w:r>
        <w:rPr>
          <w:rFonts w:ascii="Calibri" w:hAnsi="Calibri" w:eastAsia="Calibri"/>
          <w:sz w:val="22"/>
        </w:rPr>
        <w:t>Dirigeant personne morale (SAS, SASU, société civile, SNC) : extrait d’immatriculation de moins de trois mois, copie de la pièce d’identité et déclaration de non-condamnation et de filiation de son représentant permanent</w:t>
      </w:r>
    </w:p>
    <w:p>
      <w:pPr>
        <w:spacing w:after="80" w:before="0"/>
        <w:jc w:val="both"/>
      </w:pPr>
      <w:r>
        <w:rPr>
          <w:rFonts w:ascii="Calibri" w:hAnsi="Calibri" w:eastAsia="Calibri"/>
          <w:sz w:val="22"/>
        </w:rPr>
        <w:t xml:space="preserve">☐ </w:t>
      </w:r>
      <w:r>
        <w:rPr>
          <w:rFonts w:ascii="Calibri" w:hAnsi="Calibri" w:eastAsia="Calibri"/>
          <w:sz w:val="22"/>
        </w:rPr>
        <w:t>Conjoint ou partenaire de Pacs collaborateur du dirigeant (SAS, SASU, SARL, EURL) : justificatif de mariage ou de Pacs</w:t>
      </w:r>
    </w:p>
    <w:p>
      <w:pPr>
        <w:spacing w:after="80" w:before="0"/>
        <w:jc w:val="both"/>
      </w:pPr>
      <w:r>
        <w:rPr>
          <w:rFonts w:ascii="Calibri" w:hAnsi="Calibri" w:eastAsia="Calibri"/>
          <w:sz w:val="22"/>
        </w:rPr>
        <w:t xml:space="preserve">☐ </w:t>
      </w:r>
      <w:r>
        <w:rPr>
          <w:rFonts w:ascii="Calibri" w:hAnsi="Calibri" w:eastAsia="Calibri"/>
          <w:sz w:val="22"/>
        </w:rPr>
        <w:t>Rapport du commissaire aux apports, le cas échéant</w:t>
      </w:r>
    </w:p>
    <w:p>
      <w:pPr>
        <w:spacing w:after="80" w:before="0"/>
        <w:jc w:val="both"/>
      </w:pPr>
      <w:r>
        <w:rPr>
          <w:rFonts w:ascii="Calibri" w:hAnsi="Calibri" w:eastAsia="Calibri"/>
          <w:sz w:val="22"/>
        </w:rPr>
        <w:t xml:space="preserve">☐ </w:t>
      </w:r>
      <w:r>
        <w:rPr>
          <w:rFonts w:ascii="Calibri" w:hAnsi="Calibri" w:eastAsia="Calibri"/>
          <w:sz w:val="22"/>
        </w:rPr>
        <w:t>Commissaire aux comptes désigné, le cas échéant : justificatif de son inscription et lettre d’acceptation</w:t>
      </w:r>
    </w:p>
    <w:p>
      <w:pPr>
        <w:spacing w:after="80" w:before="0"/>
        <w:jc w:val="both"/>
      </w:pPr>
      <w:r>
        <w:rPr>
          <w:rFonts w:ascii="Calibri" w:hAnsi="Calibri" w:eastAsia="Calibri"/>
          <w:sz w:val="22"/>
        </w:rPr>
        <w:t xml:space="preserve">☐ </w:t>
      </w:r>
      <w:r>
        <w:rPr>
          <w:rFonts w:ascii="Calibri" w:hAnsi="Calibri" w:eastAsia="Calibri"/>
          <w:sz w:val="22"/>
        </w:rPr>
        <w:t>Attestation de parution de l’avis de constitution</w:t>
      </w:r>
    </w:p>
    <w:p>
      <w:pPr>
        <w:spacing w:after="200" w:before="0"/>
        <w:jc w:val="both"/>
      </w:pPr>
      <w:r>
        <w:rPr>
          <w:rFonts w:ascii="Calibri" w:hAnsi="Calibri" w:eastAsia="Calibri"/>
          <w:sz w:val="22"/>
        </w:rPr>
        <w:t xml:space="preserve">☐ </w:t>
      </w:r>
      <w:r>
        <w:rPr>
          <w:rFonts w:ascii="Calibri" w:hAnsi="Calibri" w:eastAsia="Calibri"/>
          <w:sz w:val="22"/>
        </w:rPr>
        <w:t>Renseignements relatifs aux bénéficiaires effectifs</w:t>
      </w:r>
    </w:p>
    <w:p>
      <w:pPr>
        <w:keepNext/>
        <w:keepLines/>
        <w:spacing w:after="200" w:before="0"/>
        <w:jc w:val="both"/>
      </w:pPr>
      <w:r>
        <w:rPr>
          <w:rFonts w:ascii="Calibri" w:hAnsi="Calibri" w:eastAsia="Calibri"/>
          <w:sz w:val="22"/>
        </w:rPr>
        <w:t xml:space="preserve">Pièces remises le </w:t>
      </w:r>
      <w:r>
        <w:rPr>
          <w:rFonts w:ascii="Calibri" w:hAnsi="Calibri" w:eastAsia="Calibri"/>
          <w:sz w:val="22"/>
          <w:highlight w:val="yellow"/>
        </w:rPr>
        <w:t>[date]</w:t>
      </w:r>
      <w:r>
        <w:rPr>
          <w:rFonts w:ascii="Calibri" w:hAnsi="Calibri" w:eastAsia="Calibri"/>
          <w:sz w:val="22"/>
        </w:rPr>
        <w:t>.</w:t>
      </w:r>
    </w:p>
    <w:p>
      <w:pPr>
        <w:keepNext/>
        <w:keepLines/>
        <w:spacing w:after="40" w:before="0"/>
      </w:pPr>
      <w:r>
        <w:rPr>
          <w:rFonts w:ascii="Calibri" w:hAnsi="Calibri" w:eastAsia="Calibri"/>
          <w:b/>
          <w:sz w:val="22"/>
        </w:rPr>
        <w:t>Signature du mandant</w:t>
      </w:r>
    </w:p>
    <w:p>
      <w:pPr>
        <w:keepNext/>
        <w:keepLines/>
        <w:spacing w:after="160" w:before="0"/>
      </w:pPr>
      <w:r>
        <w:rPr>
          <w:rFonts w:ascii="Calibri" w:hAnsi="Calibri" w:eastAsia="Calibri"/>
          <w:sz w:val="22"/>
          <w:highlight w:val="yellow"/>
        </w:rPr>
        <w:t>[Prénom NOM — signature]</w:t>
      </w:r>
    </w:p>
    <w:p>
      <w:pPr>
        <w:keepNext/>
        <w:keepLines/>
        <w:spacing w:after="40" w:before="0"/>
      </w:pPr>
      <w:r>
        <w:rPr>
          <w:rFonts w:ascii="Calibri" w:hAnsi="Calibri" w:eastAsia="Calibri"/>
          <w:b/>
          <w:sz w:val="22"/>
        </w:rPr>
        <w:t>Signature du mandataire</w:t>
      </w:r>
    </w:p>
    <w:p>
      <w:pPr>
        <w:keepLines/>
        <w:spacing w:after="200" w:before="0"/>
      </w:pPr>
      <w:r>
        <w:rPr>
          <w:rFonts w:ascii="Calibri" w:hAnsi="Calibri" w:eastAsia="Calibri"/>
          <w:sz w:val="22"/>
          <w:highlight w:val="yellow"/>
        </w:rPr>
        <w:t>[Prénom NOM — signature]</w:t>
      </w: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Avis de constitution : il est signé par le notaire qui a reçu l’acte ou, dans les autres cas, par l’un des fondateurs ou des premiers associés ayant reçu un pouvoir spécial à cet effet (C. com., art. R. 210-3 ; sociétés civiles : décret n° 78-704 du 3 juillet 1978, art. 22). Le pouvoir de la partie I désigne donc un fondateur ou un premier associé, et non un tiers. Avec un associé unique, c’est en principe lui qui signe l’avis, en sa qualité de fondateur.</w:t>
      </w:r>
    </w:p>
    <w:p>
      <w:pPr>
        <w:spacing w:after="100" w:before="0"/>
        <w:jc w:val="both"/>
      </w:pPr>
      <w:r>
        <w:rPr>
          <w:rFonts w:ascii="Calibri" w:hAnsi="Calibri" w:eastAsia="Calibri"/>
          <w:color w:val="374151"/>
          <w:sz w:val="20"/>
        </w:rPr>
        <w:t>• Le guichet unique propose son propre modèle de mandat pour confier les démarches à un tiers (formalites.entreprises.gouv.fr, rubrique « Modèles ») : utilisez-le lorsque le guichet le demande ; la partie II permet de délimiter précisément la mission.</w:t>
      </w:r>
    </w:p>
    <w:p>
      <w:pPr>
        <w:spacing w:after="100" w:before="0"/>
        <w:jc w:val="both"/>
      </w:pPr>
      <w:r>
        <w:rPr>
          <w:rFonts w:ascii="Calibri" w:hAnsi="Calibri" w:eastAsia="Calibri"/>
          <w:color w:val="374151"/>
          <w:sz w:val="20"/>
        </w:rPr>
        <w:t>• Depuis le 1er janvier 2023, toutes les formalités de création se déposent en ligne sur formalites.entreprises.gouv.fr. Lorsqu’une signature est requise, la signature électronique avancée reposant sur un certificat qualifié est le principe ; pour la transmission d’un dossier de création, y compris la demande d’immatriculation au registre du commerce et des sociétés, une signature électronique simple est admise (C. com., art. R. 123-5). Les pièces sont jointes au format PDF, 10 Mo au plus par fichier.</w:t>
      </w:r>
    </w:p>
    <w:p>
      <w:pPr>
        <w:spacing w:after="100" w:before="0"/>
        <w:jc w:val="both"/>
      </w:pPr>
      <w:r>
        <w:rPr>
          <w:rFonts w:ascii="Calibri" w:hAnsi="Calibri" w:eastAsia="Calibri"/>
          <w:color w:val="374151"/>
          <w:sz w:val="20"/>
        </w:rPr>
        <w:t>• L’immatriculation est demandée sitôt accomplies les formalités de constitution, publicité comprise (C. com., art. R. 123-36). Si le dossier est incomplet, les pièces manquantes doivent être fournies dans les quinze jours de la réclamation du greffier (art. R. 123-97).</w:t>
      </w:r>
    </w:p>
    <w:p>
      <w:pPr>
        <w:spacing w:after="100" w:before="0"/>
        <w:jc w:val="both"/>
      </w:pPr>
      <w:r>
        <w:rPr>
          <w:rFonts w:ascii="Calibri" w:hAnsi="Calibri" w:eastAsia="Calibri"/>
          <w:color w:val="374151"/>
          <w:sz w:val="20"/>
        </w:rPr>
        <w:t>• Les informations relatives aux bénéficiaires effectifs sont déclarées lors de la demande d’immatriculation (C. monét. fin., art. R. 561-55).</w:t>
      </w:r>
    </w:p>
    <w:p>
      <w:pPr>
        <w:spacing w:after="100" w:before="0"/>
        <w:jc w:val="both"/>
      </w:pPr>
      <w:r>
        <w:rPr>
          <w:rFonts w:ascii="Calibri" w:hAnsi="Calibri" w:eastAsia="Calibri"/>
          <w:color w:val="374151"/>
          <w:sz w:val="20"/>
        </w:rPr>
        <w:t>• Chaque dirigeant peut demander, à tout moment, la confidentialité des informations relatives à son domicile personnel (C. com., art. R. 123-54-1) ; la demande peut être jointe au dossier d’immatriculation (art. R. 123-3, 5°). C’est une faculté personnelle : le mandataire ne la présente que pour les dirigeants qui ont signé la partie II. Si l’adresse figure dans un acte déposé (statuts, procès-verbal), la demande est accompagnée d’une copie de l’acte où elle est occultée, publiée à la place de l’original (art. R. 123-54-1, dernier al.). Depuis le 6 mai 2026, la société peut aussi déposer une copie de ses actes où les informations relatives à l’identité et au domicile des personnes physiques sont limitées (art. R. 123-102-1).</w:t>
      </w:r>
    </w:p>
    <w:p>
      <w:pPr>
        <w:spacing w:after="100" w:before="0"/>
        <w:jc w:val="both"/>
      </w:pPr>
      <w:r>
        <w:rPr>
          <w:rFonts w:ascii="Calibri" w:hAnsi="Calibri" w:eastAsia="Calibri"/>
          <w:color w:val="374151"/>
          <w:sz w:val="20"/>
        </w:rPr>
        <w:t>• Coûts indiqués par entreprendre.service-public.fr (fiche F37688, mars 2026) : 33,83 € pour l’immatriculation d’une société commerciale, 60,38 € pour une société civile, plus 19,33 € pour la déclaration des bénéficiaires effectifs, hors annonce légale.</w:t>
      </w:r>
    </w:p>
    <w:p>
      <w:pPr>
        <w:spacing w:after="100" w:before="0"/>
        <w:jc w:val="both"/>
      </w:pPr>
      <w:r>
        <w:rPr>
          <w:rFonts w:ascii="Calibri" w:hAnsi="Calibri" w:eastAsia="Calibri"/>
          <w:color w:val="374151"/>
          <w:sz w:val="20"/>
        </w:rPr>
        <w:t>• Le bordereau (partie III) reprend les pièces citées par la fiche F35934, à jour au 12 juin 2026 (SAS, SASU, SARL, EURL, société civile), et, pour la SNC, que la fiche ne traite pas, les pièces prévues par le code de commerce pour les associés indéfiniment et solidairement responsables (annexe 1-1, annexe III, rubrique 1.2.4). Pour une société civile, le certificat du dépositaire n’est pas réclamé ; le guichet demande la pièce d’identité et la déclaration « de l’associé et/ou du dirigeant ». Le dirigeant personne morale est impossible en SARL et en EURL.</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Pouvoirs pour les formalités de constitution d’une société</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