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highlight w:val="yellow"/>
        </w:rPr>
        <w:t>[Prénom NOM]</w:t>
      </w:r>
    </w:p>
    <w:p>
      <w:pPr>
        <w:spacing w:before="0" w:after="0"/>
      </w:pPr>
      <w:r>
        <w:rPr>
          <w:b w:val="0"/>
          <w:i w:val="0"/>
          <w:highlight w:val="yellow"/>
        </w:rPr>
        <w:t>[Adresse]</w:t>
      </w:r>
    </w:p>
    <w:p>
      <w:pPr>
        <w:spacing w:before="0" w:after="0"/>
      </w:pPr>
      <w:r>
        <w:rPr>
          <w:b w:val="0"/>
          <w:i w:val="0"/>
          <w:highlight w:val="yellow"/>
        </w:rPr>
        <w:t>[Code postal]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yellow"/>
        </w:rPr>
        <w:t>[Ville]</w:t>
      </w:r>
    </w:p>
    <w:p>
      <w:pPr>
        <w:spacing w:before="0" w:after="0"/>
      </w:pPr>
      <w:r>
        <w:rPr>
          <w:b w:val="0"/>
          <w:i w:val="0"/>
        </w:rPr>
        <w:t xml:space="preserve">Tél. : </w:t>
      </w:r>
      <w:r>
        <w:rPr>
          <w:b w:val="0"/>
          <w:i w:val="0"/>
          <w:highlight w:val="yellow"/>
        </w:rPr>
        <w:t>[téléphone]</w:t>
      </w:r>
      <w:r>
        <w:rPr>
          <w:b w:val="0"/>
          <w:i w:val="0"/>
        </w:rPr>
        <w:t xml:space="preserve"> — Courriel : </w:t>
      </w:r>
      <w:r>
        <w:rPr>
          <w:b w:val="0"/>
          <w:i w:val="0"/>
          <w:highlight w:val="yellow"/>
        </w:rPr>
        <w:t>[adresse électronique]</w:t>
      </w:r>
    </w:p>
    <w:p>
      <w:pPr>
        <w:spacing w:before="0" w:after="80"/>
      </w:pPr>
    </w:p>
    <w:p>
      <w:pPr>
        <w:spacing w:before="0" w:after="0"/>
        <w:ind w:left="5102"/>
      </w:pPr>
      <w:r>
        <w:rPr>
          <w:b/>
          <w:i w:val="0"/>
          <w:highlight w:val="yellow"/>
        </w:rPr>
        <w:t>[Nom du destinataire / dénomination de la société]</w:t>
      </w:r>
    </w:p>
    <w:p>
      <w:pPr>
        <w:spacing w:before="0" w:after="0"/>
        <w:ind w:left="5102"/>
      </w:pPr>
      <w:r>
        <w:rPr>
          <w:b w:val="0"/>
          <w:i w:val="0"/>
          <w:highlight w:val="yellow"/>
        </w:rPr>
        <w:t>[À l’attention de : représentant légal, le cas échéant]</w:t>
      </w:r>
    </w:p>
    <w:p>
      <w:pPr>
        <w:spacing w:before="0" w:after="0"/>
        <w:ind w:left="5102"/>
      </w:pPr>
      <w:r>
        <w:rPr>
          <w:b w:val="0"/>
          <w:i w:val="0"/>
          <w:highlight w:val="yellow"/>
        </w:rPr>
        <w:t>[Adresse]</w:t>
      </w:r>
    </w:p>
    <w:p>
      <w:pPr>
        <w:spacing w:before="0" w:after="0"/>
        <w:ind w:left="5102"/>
      </w:pPr>
      <w:r>
        <w:rPr>
          <w:b w:val="0"/>
          <w:i w:val="0"/>
          <w:highlight w:val="yellow"/>
        </w:rPr>
        <w:t>[Code postal]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yellow"/>
        </w:rPr>
        <w:t>[Ville]</w:t>
      </w:r>
    </w:p>
    <w:p>
      <w:pPr>
        <w:spacing w:before="0" w:after="80"/>
      </w:pPr>
    </w:p>
    <w:p>
      <w:pPr>
        <w:spacing w:before="0" w:after="240"/>
        <w:ind w:left="5102"/>
      </w:pPr>
      <w:r>
        <w:rPr>
          <w:b w:val="0"/>
          <w:i w:val="0"/>
          <w:highlight w:val="yellow"/>
        </w:rPr>
        <w:t>[Ville]</w:t>
      </w:r>
      <w:r>
        <w:rPr>
          <w:b w:val="0"/>
          <w:i w:val="0"/>
        </w:rPr>
        <w:t xml:space="preserve">, le </w:t>
      </w:r>
      <w:r>
        <w:rPr>
          <w:b w:val="0"/>
          <w:i w:val="0"/>
          <w:highlight w:val="yellow"/>
        </w:rPr>
        <w:t>[date]</w:t>
      </w:r>
    </w:p>
    <w:p>
      <w:pPr>
        <w:spacing w:before="0" w:after="40"/>
      </w:pPr>
      <w:r>
        <w:rPr>
          <w:b/>
          <w:i w:val="0"/>
        </w:rPr>
        <w:t>Lettre recommandée avec demande d’avis de réception</w:t>
      </w:r>
    </w:p>
    <w:p>
      <w:pPr>
        <w:spacing w:after="40"/>
      </w:pPr>
      <w:r>
        <w:rPr>
          <w:b/>
          <w:i w:val="0"/>
        </w:rPr>
        <w:t xml:space="preserve">Objet : </w:t>
      </w:r>
      <w:r>
        <w:rPr>
          <w:b/>
          <w:i w:val="0"/>
        </w:rPr>
        <w:t xml:space="preserve">Mise en demeure de </w:t>
      </w:r>
      <w:r>
        <w:rPr>
          <w:b/>
          <w:i w:val="0"/>
          <w:highlight w:val="yellow"/>
        </w:rPr>
        <w:t>[payer la somme de … € / exécuter votre obligation de …]</w:t>
      </w:r>
    </w:p>
    <w:p>
      <w:pPr>
        <w:spacing w:before="0" w:after="0"/>
      </w:pPr>
      <w:r>
        <w:rPr>
          <w:b w:val="0"/>
          <w:i w:val="0"/>
        </w:rPr>
        <w:t xml:space="preserve">Réf. : </w:t>
      </w:r>
      <w:r>
        <w:rPr>
          <w:b w:val="0"/>
          <w:i w:val="0"/>
          <w:highlight w:val="yellow"/>
        </w:rPr>
        <w:t>[contrat / facture / devis]</w:t>
      </w:r>
      <w:r>
        <w:rPr>
          <w:b w:val="0"/>
          <w:i w:val="0"/>
        </w:rPr>
        <w:t xml:space="preserve"> n° </w:t>
      </w:r>
      <w:r>
        <w:rPr>
          <w:b w:val="0"/>
          <w:i w:val="0"/>
          <w:highlight w:val="yellow"/>
        </w:rPr>
        <w:t>[référence]</w:t>
      </w:r>
      <w:r>
        <w:rPr>
          <w:b w:val="0"/>
          <w:i w:val="0"/>
        </w:rPr>
        <w:t xml:space="preserve"> du </w:t>
      </w:r>
      <w:r>
        <w:rPr>
          <w:b w:val="0"/>
          <w:i w:val="0"/>
          <w:highlight w:val="yellow"/>
        </w:rPr>
        <w:t>[date]</w:t>
      </w:r>
    </w:p>
    <w:p>
      <w:pPr>
        <w:spacing w:before="0" w:after="80"/>
      </w:pPr>
    </w:p>
    <w:p>
      <w:pPr>
        <w:spacing w:before="0" w:after="160"/>
      </w:pPr>
      <w:r>
        <w:rPr>
          <w:b w:val="0"/>
          <w:i w:val="0"/>
        </w:rPr>
        <w:t>Madame, Monsieur,</w:t>
      </w:r>
    </w:p>
    <w:p>
      <w:pPr>
        <w:spacing w:before="0" w:after="160"/>
        <w:jc w:val="both"/>
      </w:pPr>
      <w:r>
        <w:rPr>
          <w:b w:val="0"/>
          <w:i w:val="0"/>
        </w:rPr>
        <w:t xml:space="preserve">Par </w:t>
      </w:r>
      <w:r>
        <w:rPr>
          <w:b w:val="0"/>
          <w:i w:val="0"/>
          <w:highlight w:val="yellow"/>
        </w:rPr>
        <w:t>[contrat / devis accepté / facture / accord]</w:t>
      </w:r>
      <w:r>
        <w:rPr>
          <w:b w:val="0"/>
          <w:i w:val="0"/>
        </w:rPr>
        <w:t xml:space="preserve"> en date du </w:t>
      </w:r>
      <w:r>
        <w:rPr>
          <w:b w:val="0"/>
          <w:i w:val="0"/>
          <w:highlight w:val="yellow"/>
        </w:rPr>
        <w:t>[date]</w:t>
      </w:r>
      <w:r>
        <w:rPr>
          <w:b w:val="0"/>
          <w:i w:val="0"/>
        </w:rPr>
        <w:t xml:space="preserve">, vous vous êtes engagé(e) à </w:t>
      </w:r>
      <w:r>
        <w:rPr>
          <w:b w:val="0"/>
          <w:i w:val="0"/>
          <w:highlight w:val="yellow"/>
        </w:rPr>
        <w:t>[décrire l’obligation : me régler la somme de … € / livrer … / réaliser les travaux de … / restituer …]</w:t>
      </w:r>
      <w:r>
        <w:rPr>
          <w:b w:val="0"/>
          <w:i w:val="0"/>
        </w:rPr>
        <w:t>.</w:t>
      </w:r>
    </w:p>
    <w:p>
      <w:pPr>
        <w:spacing w:before="0" w:after="160"/>
        <w:jc w:val="both"/>
      </w:pPr>
      <w:r>
        <w:rPr>
          <w:b w:val="0"/>
          <w:i w:val="0"/>
        </w:rPr>
        <w:t xml:space="preserve">Or, malgré </w:t>
      </w:r>
      <w:r>
        <w:rPr>
          <w:b w:val="0"/>
          <w:i w:val="0"/>
          <w:highlight w:val="yellow"/>
        </w:rPr>
        <w:t>[mes relances des … et …]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yellow"/>
        </w:rPr>
        <w:t>[cette somme demeure impayée]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yellow"/>
        </w:rPr>
        <w:t>[cette obligation n’a pas été exécutée / n’a été exécutée que partiellement ou de manière défectueuse, à savoir : …]</w:t>
      </w:r>
      <w:r>
        <w:rPr>
          <w:b w:val="0"/>
          <w:i w:val="0"/>
        </w:rPr>
        <w:t>.</w:t>
      </w:r>
    </w:p>
    <w:p>
      <w:pPr>
        <w:spacing w:before="0" w:after="160"/>
        <w:jc w:val="both"/>
      </w:pPr>
      <w:r>
        <w:rPr>
          <w:b w:val="0"/>
          <w:i w:val="0"/>
        </w:rPr>
        <w:t xml:space="preserve">En conséquence, par la présente, je vous mets en demeure, au sens de l’article 1344 du code civil, de </w:t>
      </w:r>
      <w:r>
        <w:rPr>
          <w:b w:val="0"/>
          <w:i w:val="0"/>
          <w:highlight w:val="yellow"/>
        </w:rPr>
        <w:t>[me régler la somme de … € / exécuter …]</w:t>
      </w:r>
      <w:r>
        <w:rPr>
          <w:b w:val="0"/>
          <w:i w:val="0"/>
        </w:rPr>
        <w:t xml:space="preserve"> dans un délai de </w:t>
      </w:r>
      <w:r>
        <w:rPr>
          <w:b w:val="0"/>
          <w:i w:val="0"/>
          <w:highlight w:val="yellow"/>
        </w:rPr>
        <w:t>[huit / quinze]</w:t>
      </w:r>
      <w:r>
        <w:rPr>
          <w:b w:val="0"/>
          <w:i w:val="0"/>
        </w:rPr>
        <w:t xml:space="preserve"> jours à compter de la réception de ce courrier.</w:t>
      </w:r>
    </w:p>
    <w:p>
      <w:pPr>
        <w:spacing w:before="0" w:after="160"/>
        <w:jc w:val="both"/>
      </w:pPr>
      <w:r>
        <w:rPr>
          <w:b w:val="0"/>
          <w:i w:val="0"/>
          <w:highlight w:val="yellow"/>
        </w:rPr>
        <w:t>[Pour une somme d’argent :]</w:t>
      </w:r>
      <w:r>
        <w:rPr>
          <w:b w:val="0"/>
          <w:i w:val="0"/>
        </w:rPr>
        <w:t xml:space="preserve"> Je vous rappelle que, conformément à l’article 1231-6 du code civil, la présente mise en demeure fait courir les intérêts au taux légal sur la somme due.</w:t>
      </w:r>
    </w:p>
    <w:p>
      <w:pPr>
        <w:spacing w:before="0" w:after="160"/>
        <w:jc w:val="both"/>
      </w:pPr>
      <w:r>
        <w:rPr>
          <w:b w:val="0"/>
          <w:i w:val="0"/>
        </w:rPr>
        <w:t xml:space="preserve">À défaut d’exécution dans ce délai, je me verrai contraint(e) d’engager, sans autre avis, toute procédure utile devant la juridiction compétente </w:t>
      </w:r>
      <w:r>
        <w:rPr>
          <w:b w:val="0"/>
          <w:i w:val="0"/>
          <w:highlight w:val="yellow"/>
        </w:rPr>
        <w:t>[notamment une procédure d’injonction de payer]</w:t>
      </w:r>
      <w:r>
        <w:rPr>
          <w:b w:val="0"/>
          <w:i w:val="0"/>
        </w:rPr>
        <w:t xml:space="preserve"> afin d’obtenir </w:t>
      </w:r>
      <w:r>
        <w:rPr>
          <w:b w:val="0"/>
          <w:i w:val="0"/>
          <w:highlight w:val="yellow"/>
        </w:rPr>
        <w:t>[le paiement de la somme due / l’exécution de votre obligation]</w:t>
      </w:r>
      <w:r>
        <w:rPr>
          <w:b w:val="0"/>
          <w:i w:val="0"/>
        </w:rPr>
        <w:t>, ainsi que la réparation de mon préjudice et votre condamnation aux frais et dépens.</w:t>
      </w:r>
    </w:p>
    <w:p>
      <w:pPr>
        <w:spacing w:before="0" w:after="160"/>
        <w:jc w:val="both"/>
      </w:pPr>
      <w:r>
        <w:rPr>
          <w:b w:val="0"/>
          <w:i w:val="0"/>
        </w:rPr>
        <w:t>Je reste néanmoins ouvert(e) à toute solution amiable qui me serait proposée dans ce délai.</w:t>
      </w:r>
    </w:p>
    <w:p>
      <w:pPr>
        <w:spacing w:before="0" w:after="360"/>
        <w:jc w:val="both"/>
      </w:pPr>
      <w:r>
        <w:rPr>
          <w:b w:val="0"/>
          <w:i w:val="0"/>
        </w:rPr>
        <w:t xml:space="preserve">Je vous prie d’agréer, </w:t>
      </w:r>
      <w:r>
        <w:rPr>
          <w:b w:val="0"/>
          <w:i w:val="0"/>
          <w:highlight w:val="yellow"/>
        </w:rPr>
        <w:t>[Madame, Monsieur]</w:t>
      </w:r>
      <w:r>
        <w:rPr>
          <w:b w:val="0"/>
          <w:i w:val="0"/>
        </w:rPr>
        <w:t>, l’expression de mes salutations distinguées.</w:t>
      </w:r>
    </w:p>
    <w:p>
      <w:pPr>
        <w:spacing w:before="0" w:after="0"/>
        <w:ind w:left="5102"/>
      </w:pPr>
      <w:r>
        <w:rPr>
          <w:b w:val="0"/>
          <w:i w:val="0"/>
          <w:highlight w:val="yellow"/>
        </w:rPr>
        <w:t>[Signature]</w:t>
      </w:r>
    </w:p>
    <w:p>
      <w:pPr>
        <w:spacing w:before="0" w:after="320"/>
        <w:ind w:left="5102"/>
      </w:pPr>
      <w:r>
        <w:rPr>
          <w:b w:val="0"/>
          <w:i w:val="0"/>
          <w:highlight w:val="yellow"/>
        </w:rPr>
        <w:t>[Prénom NOM]</w:t>
      </w:r>
    </w:p>
    <w:p>
      <w:pPr>
        <w:keepNext/>
        <w:spacing w:before="0" w:after="40"/>
      </w:pPr>
      <w:r>
        <w:rPr>
          <w:b/>
          <w:i w:val="0"/>
        </w:rPr>
        <w:t>Pièces jointes :</w:t>
      </w:r>
    </w:p>
    <w:p>
      <w:pPr>
        <w:spacing w:before="0" w:after="20"/>
        <w:ind w:left="510" w:hanging="283"/>
      </w:pPr>
      <w:r>
        <w:rPr>
          <w:b w:val="0"/>
          <w:i w:val="0"/>
        </w:rPr>
        <w:t xml:space="preserve">– copie du </w:t>
      </w:r>
      <w:r>
        <w:rPr>
          <w:b w:val="0"/>
          <w:i w:val="0"/>
          <w:highlight w:val="yellow"/>
        </w:rPr>
        <w:t>[contrat / devis / facture]</w:t>
      </w:r>
    </w:p>
    <w:p>
      <w:pPr>
        <w:spacing w:before="0" w:after="20"/>
        <w:ind w:left="510" w:hanging="283"/>
      </w:pPr>
      <w:r>
        <w:rPr>
          <w:b w:val="0"/>
          <w:i w:val="0"/>
        </w:rPr>
        <w:t xml:space="preserve">– </w:t>
      </w:r>
      <w:r>
        <w:rPr>
          <w:b w:val="0"/>
          <w:i w:val="0"/>
          <w:highlight w:val="yellow"/>
        </w:rPr>
        <w:t>[copie des relances restées sans effet]</w:t>
      </w:r>
    </w:p>
    <w:p>
      <w:r>
        <w:br w:type="page"/>
      </w:r>
    </w:p>
    <w:p>
      <w:pPr>
        <w:spacing w:before="0" w:after="80"/>
      </w:pPr>
      <w:r>
        <w:rPr>
          <w:b/>
          <w:i w:val="0"/>
          <w:sz w:val="26"/>
        </w:rPr>
        <w:t>Notes pratiques — à supprimer avant envoi</w:t>
      </w:r>
    </w:p>
    <w:p>
      <w:pPr>
        <w:pBdr>
          <w:bottom w:val="single" w:sz="6" w:space="1" w:color="9AA5B1"/>
        </w:pBdr>
        <w:spacing w:after="120"/>
      </w:pP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La mise en demeure doit être claire : obligation en cause, montant exact, délai précis et conséquences en cas d’inexécution.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Envoyez-la par lettre recommandée avec avis de réception (ou faites-la signifier par un commissaire de justice) afin de pouvoir prouver sa date de réception.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Entre professionnels, une indemnité forfaitaire pour frais de recouvrement et des pénalités de retard peuvent être dues en vertu du code de commerce : vérifiez vos conditions générales.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Avant de saisir le tribunal pour un petit litige, une tentative de résolution amiable (conciliation, médiation) peut être obligatoire : renseignez-vous sur la procédure applicable.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Ce modèle ne convient pas aux relations avec une administration, pour lesquelles un recours gracieux est en principe la voie adaptée.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 en demeure (modèle général)</dc:title>
  <dc:subject>Articles 1344 et 1231-6 du code civil</dc:subject>
  <dc:creator>Cabinet Gasimov</dc:creator>
  <cp:keywords>modèle, courrier, administration</cp:keywords>
  <dc:description>Modèle fourni à titre informatif — à adapter à votre situation ; ne remplace pas un conseil personnalisé. Cabinet Gasimov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