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rFonts w:ascii="Calibri" w:hAnsi="Calibri" w:eastAsia="Calibri"/>
          <w:b/>
          <w:sz w:val="22"/>
          <w:highlight w:val="yellow"/>
        </w:rPr>
        <w:t>[Prénom NOM]</w:t>
      </w:r>
    </w:p>
    <w:p>
      <w:pPr>
        <w:spacing w:after="0" w:before="0"/>
      </w:pPr>
      <w:r>
        <w:rPr>
          <w:rFonts w:ascii="Calibri" w:hAnsi="Calibri" w:eastAsia="Calibri"/>
          <w:sz w:val="22"/>
          <w:highlight w:val="yellow"/>
        </w:rPr>
        <w:t>[Adresse]</w:t>
      </w:r>
    </w:p>
    <w:p>
      <w:pPr>
        <w:spacing w:after="0" w:before="0"/>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0" w:before="0"/>
      </w:pPr>
      <w:r>
        <w:rPr>
          <w:rFonts w:ascii="Calibri" w:hAnsi="Calibri" w:eastAsia="Calibri"/>
          <w:sz w:val="22"/>
        </w:rPr>
        <w:t xml:space="preserve">Tél. : </w:t>
      </w:r>
      <w:r>
        <w:rPr>
          <w:rFonts w:ascii="Calibri" w:hAnsi="Calibri" w:eastAsia="Calibri"/>
          <w:sz w:val="22"/>
          <w:highlight w:val="yellow"/>
        </w:rPr>
        <w:t>[téléphone]</w:t>
      </w:r>
      <w:r>
        <w:rPr>
          <w:rFonts w:ascii="Calibri" w:hAnsi="Calibri" w:eastAsia="Calibri"/>
          <w:sz w:val="22"/>
        </w:rPr>
        <w:t xml:space="preserve"> — Courriel : </w:t>
      </w:r>
      <w:r>
        <w:rPr>
          <w:rFonts w:ascii="Calibri" w:hAnsi="Calibri" w:eastAsia="Calibri"/>
          <w:sz w:val="22"/>
          <w:highlight w:val="yellow"/>
        </w:rPr>
        <w:t>[adresse électronique]</w:t>
      </w:r>
    </w:p>
    <w:p>
      <w:pPr>
        <w:spacing w:after="80"/>
      </w:pPr>
    </w:p>
    <w:p>
      <w:pPr>
        <w:spacing w:after="0" w:before="0"/>
        <w:ind w:left="5102"/>
      </w:pPr>
      <w:r>
        <w:rPr>
          <w:rFonts w:ascii="Calibri" w:hAnsi="Calibri" w:eastAsia="Calibri"/>
          <w:b/>
          <w:sz w:val="22"/>
          <w:highlight w:val="yellow"/>
        </w:rPr>
        <w:t>[Dénomination de l’employeur]</w:t>
      </w:r>
    </w:p>
    <w:p>
      <w:pPr>
        <w:spacing w:after="0" w:before="0"/>
        <w:ind w:left="5102"/>
      </w:pPr>
      <w:r>
        <w:rPr>
          <w:rFonts w:ascii="Calibri" w:hAnsi="Calibri" w:eastAsia="Calibri"/>
          <w:sz w:val="22"/>
        </w:rPr>
        <w:t xml:space="preserve">À l’attention de </w:t>
      </w:r>
      <w:r>
        <w:rPr>
          <w:rFonts w:ascii="Calibri" w:hAnsi="Calibri" w:eastAsia="Calibri"/>
          <w:sz w:val="22"/>
          <w:highlight w:val="yellow"/>
        </w:rPr>
        <w:t>[la direction / du service des ressources humaines / du supérieur hiérarchique habituel]</w:t>
      </w:r>
    </w:p>
    <w:p>
      <w:pPr>
        <w:spacing w:after="0" w:before="0"/>
        <w:ind w:left="5102"/>
      </w:pPr>
      <w:r>
        <w:rPr>
          <w:rFonts w:ascii="Calibri" w:hAnsi="Calibri" w:eastAsia="Calibri"/>
          <w:sz w:val="22"/>
          <w:highlight w:val="yellow"/>
        </w:rPr>
        <w:t>[Adresse de l’établissement ou du siège]</w:t>
      </w:r>
    </w:p>
    <w:p>
      <w:pPr>
        <w:spacing w:after="0" w:before="0"/>
        <w:ind w:left="5102"/>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80"/>
      </w:pPr>
    </w:p>
    <w:p>
      <w:pPr>
        <w:spacing w:after="240" w:before="0"/>
        <w:ind w:left="5102"/>
      </w:pP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p>
    <w:p>
      <w:pPr>
        <w:spacing w:after="40" w:before="0"/>
      </w:pPr>
      <w:r>
        <w:rPr>
          <w:rFonts w:ascii="Calibri" w:hAnsi="Calibri" w:eastAsia="Calibri"/>
          <w:b/>
          <w:sz w:val="22"/>
        </w:rPr>
        <w:t>Lettre recommandée avec demande d’avis de réception</w:t>
      </w:r>
    </w:p>
    <w:p>
      <w:pPr>
        <w:spacing w:after="40" w:before="0"/>
      </w:pPr>
      <w:r>
        <w:rPr>
          <w:rFonts w:ascii="Calibri" w:hAnsi="Calibri" w:eastAsia="Calibri"/>
          <w:b/>
          <w:sz w:val="22"/>
        </w:rPr>
        <w:t xml:space="preserve">Objet : </w:t>
      </w:r>
      <w:r>
        <w:rPr>
          <w:rFonts w:ascii="Calibri" w:hAnsi="Calibri" w:eastAsia="Calibri"/>
          <w:b/>
          <w:sz w:val="22"/>
        </w:rPr>
        <w:t>Démission de mon contrat de travail à durée indéterminée — prise d’effet et préavis</w:t>
      </w:r>
    </w:p>
    <w:p>
      <w:pPr>
        <w:spacing w:after="0" w:before="0"/>
      </w:pPr>
      <w:r>
        <w:rPr>
          <w:rFonts w:ascii="Calibri" w:hAnsi="Calibri" w:eastAsia="Calibri"/>
          <w:sz w:val="22"/>
        </w:rPr>
        <w:t xml:space="preserve">Emploi occupé : </w:t>
      </w:r>
      <w:r>
        <w:rPr>
          <w:rFonts w:ascii="Calibri" w:hAnsi="Calibri" w:eastAsia="Calibri"/>
          <w:sz w:val="22"/>
          <w:highlight w:val="yellow"/>
        </w:rPr>
        <w:t>[intitulé du poste]</w:t>
      </w:r>
    </w:p>
    <w:p>
      <w:pPr>
        <w:spacing w:after="0" w:before="0"/>
      </w:pPr>
      <w:r>
        <w:rPr>
          <w:rFonts w:ascii="Calibri" w:hAnsi="Calibri" w:eastAsia="Calibri"/>
          <w:sz w:val="22"/>
        </w:rPr>
        <w:t xml:space="preserve">Date d’entrée dans l’entreprise : </w:t>
      </w:r>
      <w:r>
        <w:rPr>
          <w:rFonts w:ascii="Calibri" w:hAnsi="Calibri" w:eastAsia="Calibri"/>
          <w:sz w:val="22"/>
          <w:highlight w:val="yellow"/>
        </w:rPr>
        <w:t>[date]</w:t>
      </w:r>
    </w:p>
    <w:p>
      <w:pPr>
        <w:spacing w:after="80"/>
      </w:pPr>
    </w:p>
    <w:p>
      <w:pPr>
        <w:spacing w:after="160" w:before="0"/>
      </w:pPr>
      <w:r>
        <w:rPr>
          <w:rFonts w:ascii="Calibri" w:hAnsi="Calibri" w:eastAsia="Calibri"/>
          <w:sz w:val="22"/>
        </w:rPr>
        <w:t>Madame, Monsieur,</w:t>
      </w:r>
    </w:p>
    <w:p>
      <w:pPr>
        <w:spacing w:after="160" w:before="0"/>
        <w:jc w:val="both"/>
      </w:pPr>
      <w:r>
        <w:rPr>
          <w:rFonts w:ascii="Calibri" w:hAnsi="Calibri" w:eastAsia="Calibri"/>
          <w:sz w:val="22"/>
        </w:rPr>
        <w:t xml:space="preserve">Par la présente, je vous notifie ma décision de démissionner de mon poste de </w:t>
      </w:r>
      <w:r>
        <w:rPr>
          <w:rFonts w:ascii="Calibri" w:hAnsi="Calibri" w:eastAsia="Calibri"/>
          <w:sz w:val="22"/>
          <w:highlight w:val="yellow"/>
        </w:rPr>
        <w:t>[intitulé]</w:t>
      </w:r>
      <w:r>
        <w:rPr>
          <w:rFonts w:ascii="Calibri" w:hAnsi="Calibri" w:eastAsia="Calibri"/>
          <w:sz w:val="22"/>
        </w:rPr>
        <w:t xml:space="preserve">, dans le cadre de mon contrat de travail à durée indéterminée conclu le </w:t>
      </w:r>
      <w:r>
        <w:rPr>
          <w:rFonts w:ascii="Calibri" w:hAnsi="Calibri" w:eastAsia="Calibri"/>
          <w:sz w:val="22"/>
          <w:highlight w:val="yellow"/>
        </w:rPr>
        <w:t>[date]</w:t>
      </w:r>
      <w:r>
        <w:rPr>
          <w:rFonts w:ascii="Calibri" w:hAnsi="Calibri" w:eastAsia="Calibri"/>
          <w:sz w:val="22"/>
        </w:rPr>
        <w:t>.</w:t>
      </w:r>
    </w:p>
    <w:p>
      <w:pPr>
        <w:spacing w:after="160" w:before="0"/>
        <w:jc w:val="both"/>
      </w:pPr>
      <w:r>
        <w:rPr>
          <w:rFonts w:ascii="Calibri" w:hAnsi="Calibri" w:eastAsia="Calibri"/>
          <w:sz w:val="22"/>
        </w:rPr>
        <w:t xml:space="preserve">Conformément aux dispositions légales, conventionnelles et contractuelles applicables, j’effectuerai un préavis de </w:t>
      </w:r>
      <w:r>
        <w:rPr>
          <w:rFonts w:ascii="Calibri" w:hAnsi="Calibri" w:eastAsia="Calibri"/>
          <w:sz w:val="22"/>
          <w:highlight w:val="yellow"/>
        </w:rPr>
        <w:t>[durée — ex. : deux mois / un mois / durée prévue par la convention collective ou le contrat]</w:t>
      </w:r>
      <w:r>
        <w:rPr>
          <w:rFonts w:ascii="Calibri" w:hAnsi="Calibri" w:eastAsia="Calibri"/>
          <w:sz w:val="22"/>
        </w:rPr>
        <w:t xml:space="preserve">, qui courra à compter de la </w:t>
      </w:r>
      <w:r>
        <w:rPr>
          <w:rFonts w:ascii="Calibri" w:hAnsi="Calibri" w:eastAsia="Calibri"/>
          <w:sz w:val="22"/>
          <w:highlight w:val="yellow"/>
        </w:rPr>
        <w:t>[réception de la présente / date de première présentation du recommandé]</w:t>
      </w:r>
      <w:r>
        <w:rPr>
          <w:rFonts w:ascii="Calibri" w:hAnsi="Calibri" w:eastAsia="Calibri"/>
          <w:sz w:val="22"/>
        </w:rPr>
        <w:t>.</w:t>
      </w:r>
    </w:p>
    <w:p>
      <w:pPr>
        <w:spacing w:after="160" w:before="0"/>
        <w:jc w:val="both"/>
      </w:pPr>
      <w:r>
        <w:rPr>
          <w:rFonts w:ascii="Calibri" w:hAnsi="Calibri" w:eastAsia="Calibri"/>
          <w:sz w:val="22"/>
        </w:rPr>
        <w:t xml:space="preserve">La rupture de mon contrat de travail interviendra donc le </w:t>
      </w:r>
      <w:r>
        <w:rPr>
          <w:rFonts w:ascii="Calibri" w:hAnsi="Calibri" w:eastAsia="Calibri"/>
          <w:sz w:val="22"/>
          <w:highlight w:val="yellow"/>
        </w:rPr>
        <w:t>[date de fin de préavis calculée]</w:t>
      </w:r>
      <w:r>
        <w:rPr>
          <w:rFonts w:ascii="Calibri" w:hAnsi="Calibri" w:eastAsia="Calibri"/>
          <w:sz w:val="22"/>
        </w:rPr>
        <w:t>, sauf accord écrit entre nous sur une dispense totale ou partielle de préavis, ou sur une date de départ anticipée.</w:t>
      </w:r>
    </w:p>
    <w:p>
      <w:pPr>
        <w:spacing w:after="160" w:before="0"/>
        <w:jc w:val="both"/>
      </w:pPr>
      <w:r>
        <w:rPr>
          <w:rFonts w:ascii="Calibri" w:hAnsi="Calibri" w:eastAsia="Calibri"/>
          <w:sz w:val="22"/>
          <w:highlight w:val="yellow"/>
        </w:rPr>
        <w:t>[Option — demande de dispense] Je vous serais reconnaissant(e) de bien vouloir m’accorder une dispense d’exécution du préavis à compter du … . Je reste à votre disposition pour organiser la passation.</w:t>
      </w:r>
    </w:p>
    <w:p>
      <w:pPr>
        <w:spacing w:after="160" w:before="0"/>
        <w:jc w:val="both"/>
      </w:pPr>
      <w:r>
        <w:rPr>
          <w:rFonts w:ascii="Calibri" w:hAnsi="Calibri" w:eastAsia="Calibri"/>
          <w:sz w:val="22"/>
        </w:rPr>
        <w:t>Je m’engage, jusqu’à mon départ effectif, à assurer mes fonctions avec sérieux et à faciliter la continuité du service. Je vous remercie de bien vouloir me remettre, à l’issue du contrat, les documents de fin de contrat (certificat de travail, attestation destinée à France Travail, solde de tout compte et dernier bulletin de paie).</w:t>
      </w:r>
    </w:p>
    <w:p>
      <w:pPr>
        <w:spacing w:after="360" w:before="0"/>
        <w:jc w:val="both"/>
      </w:pPr>
      <w:r>
        <w:rPr>
          <w:rFonts w:ascii="Calibri" w:hAnsi="Calibri" w:eastAsia="Calibri"/>
          <w:sz w:val="22"/>
        </w:rPr>
        <w:t>Je vous prie d’agréer, Madame, Monsieur, l’expression de mes salutations distinguées.</w:t>
      </w:r>
    </w:p>
    <w:p>
      <w:pPr>
        <w:spacing w:after="0" w:before="0"/>
        <w:ind w:left="5102"/>
      </w:pPr>
      <w:r>
        <w:rPr>
          <w:rFonts w:ascii="Calibri" w:hAnsi="Calibri" w:eastAsia="Calibri"/>
          <w:sz w:val="22"/>
          <w:highlight w:val="yellow"/>
        </w:rPr>
        <w:t>[Signature]</w:t>
      </w:r>
    </w:p>
    <w:p>
      <w:pPr>
        <w:spacing w:after="320" w:before="0"/>
        <w:ind w:left="5102"/>
      </w:pPr>
      <w:r>
        <w:rPr>
          <w:rFonts w:ascii="Calibri" w:hAnsi="Calibri" w:eastAsia="Calibri"/>
          <w:sz w:val="22"/>
          <w:highlight w:val="yellow"/>
        </w:rPr>
        <w:t>[Prénom NOM]</w:t>
      </w:r>
    </w:p>
    <w:p>
      <w:pPr>
        <w:spacing w:after="40" w:before="0"/>
      </w:pPr>
      <w:r>
        <w:rPr>
          <w:rFonts w:ascii="Calibri" w:hAnsi="Calibri" w:eastAsia="Calibri"/>
          <w:b/>
          <w:sz w:val="22"/>
        </w:rPr>
        <w:t>Pièces jointes :</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1 — </w:t>
      </w:r>
      <w:r>
        <w:rPr>
          <w:rFonts w:ascii="Calibri" w:hAnsi="Calibri" w:eastAsia="Calibri"/>
          <w:sz w:val="22"/>
          <w:highlight w:val="yellow"/>
        </w:rPr>
        <w:t>[copie du contrat de travail / avenant, le cas échéant]</w:t>
      </w:r>
    </w:p>
    <w:p>
      <w:r>
        <w:br w:type="page"/>
      </w:r>
    </w:p>
    <w:p>
      <w:pPr>
        <w:spacing w:after="80" w:before="0"/>
      </w:pPr>
      <w:r>
        <w:rPr>
          <w:rFonts w:ascii="Calibri" w:hAnsi="Calibri" w:eastAsia="Calibri"/>
          <w:b/>
          <w:sz w:val="26"/>
        </w:rPr>
        <w:t>Notes pratiques — à supprimer avant envoi</w:t>
      </w:r>
    </w:p>
    <w:p>
      <w:pPr>
        <w:spacing w:after="120"/>
      </w:pPr>
    </w:p>
    <w:p>
      <w:pPr>
        <w:spacing w:after="100" w:before="0"/>
        <w:jc w:val="both"/>
      </w:pPr>
      <w:r>
        <w:rPr>
          <w:rFonts w:ascii="Calibri" w:hAnsi="Calibri" w:eastAsia="Calibri"/>
          <w:color w:val="374151"/>
          <w:sz w:val="20"/>
        </w:rPr>
        <w:t>• La démission est un acte unilatéral du salarié. Elle doit être claire et non équivoque. En pratique, notifiez-la par écrit, de préférence en lettre recommandée avec demande d’avis de réception, ou remettez-la en main propre contre décharge datée.</w:t>
      </w:r>
    </w:p>
    <w:p>
      <w:pPr>
        <w:spacing w:after="100" w:before="0"/>
        <w:jc w:val="both"/>
      </w:pPr>
      <w:r>
        <w:rPr>
          <w:rFonts w:ascii="Calibri" w:hAnsi="Calibri" w:eastAsia="Calibri"/>
          <w:color w:val="374151"/>
          <w:sz w:val="20"/>
        </w:rPr>
        <w:t>• Le préavis de démission est fixé par la loi, la convention collective, un usage ou le contrat de travail (article L. 1237-1 du code du travail). Vérifiez votre convention collective et votre contrat avant d’indiquer une durée, ainsi que le point de départ du préavis (réception du courrier, etc.). Une durée inventée ou sous-estimée peut vous exposer à une retenue ou à des dommages-intérêts.</w:t>
      </w:r>
    </w:p>
    <w:p>
      <w:pPr>
        <w:spacing w:after="100" w:before="0"/>
        <w:jc w:val="both"/>
      </w:pPr>
      <w:r>
        <w:rPr>
          <w:rFonts w:ascii="Calibri" w:hAnsi="Calibri" w:eastAsia="Calibri"/>
          <w:color w:val="374151"/>
          <w:sz w:val="20"/>
        </w:rPr>
        <w:t>• Sauf dispense accordée par l’employeur, le préavis doit être exécuté. Une absence injustifiée pendant le préavis peut avoir des conséquences disciplinaires ou financières. Si l’employeur vous dispense unilatéralement d’exécuter le préavis, le salaire correspondant reste en principe dû.</w:t>
      </w:r>
    </w:p>
    <w:p>
      <w:pPr>
        <w:spacing w:after="100" w:before="0"/>
        <w:jc w:val="both"/>
      </w:pPr>
      <w:r>
        <w:rPr>
          <w:rFonts w:ascii="Calibri" w:hAnsi="Calibri" w:eastAsia="Calibri"/>
          <w:color w:val="374151"/>
          <w:sz w:val="20"/>
        </w:rPr>
        <w:t>• Vous n’êtes pas tenu(e) d’indiquer les motifs de votre démission dans cette lettre.</w:t>
      </w:r>
    </w:p>
    <w:p>
      <w:pPr>
        <w:spacing w:after="100" w:before="0"/>
        <w:jc w:val="both"/>
      </w:pPr>
      <w:r>
        <w:rPr>
          <w:rFonts w:ascii="Calibri" w:hAnsi="Calibri" w:eastAsia="Calibri"/>
          <w:color w:val="374151"/>
          <w:sz w:val="20"/>
        </w:rPr>
        <w:t>• Ce modèle vise un CDI. La rupture anticipée d’un CDD obéit à d’autres règles (cas limitatifs). La rupture conventionnelle est une autre voie, amiable et distincte (un modèle de demande d’entretien est disponible sur la même page).</w:t>
      </w:r>
    </w:p>
    <w:p>
      <w:pPr>
        <w:spacing w:after="100" w:before="0"/>
        <w:jc w:val="both"/>
      </w:pPr>
      <w:r>
        <w:rPr>
          <w:rFonts w:ascii="Calibri" w:hAnsi="Calibri" w:eastAsia="Calibri"/>
          <w:color w:val="374151"/>
          <w:sz w:val="20"/>
        </w:rPr>
        <w:t>• Un modèle de demande des documents de fin de contrat est également disponible sur la même page, si ces documents ne vous sont pas remis à temps.</w:t>
      </w:r>
    </w:p>
    <w:p>
      <w:pPr>
        <w:spacing w:after="100" w:before="0"/>
        <w:jc w:val="both"/>
      </w:pPr>
      <w:r>
        <w:rPr>
          <w:rFonts w:ascii="Calibri" w:hAnsi="Calibri" w:eastAsia="Calibri"/>
          <w:color w:val="374151"/>
          <w:sz w:val="20"/>
        </w:rPr>
        <w:t>• Avant de démissionner, vérifiez les conséquences sur l’assurance chômage : une démission n’ouvre droit aux allocations que dans des cas limités (démissions considérées comme légitimes). Renseignez-vous auprès de France Travail ou d’un avocat.</w:t>
      </w:r>
    </w:p>
    <w:p>
      <w:pPr>
        <w:spacing w:after="100" w:before="0"/>
        <w:jc w:val="both"/>
      </w:pPr>
      <w:r>
        <w:rPr>
          <w:rFonts w:ascii="Calibri" w:hAnsi="Calibri" w:eastAsia="Calibri"/>
          <w:color w:val="374151"/>
          <w:sz w:val="20"/>
        </w:rPr>
        <w:t>• Supprimez l’en-tête « Modèle fourni à titre informatif… », les surlignages et la présente page avant d’envoyer le courrier. Conservez une copie du courrier, la preuve de dépôt et l’avis de réception.</w:t>
      </w:r>
    </w:p>
    <w:p>
      <w:pPr>
        <w:spacing w:after="100" w:before="0"/>
        <w:jc w:val="both"/>
      </w:pPr>
      <w:r>
        <w:rPr>
          <w:rFonts w:ascii="Calibri" w:hAnsi="Calibri" w:eastAsia="Calibri"/>
          <w:color w:val="374151"/>
          <w:sz w:val="20"/>
        </w:rPr>
        <w:t>• En cas de doute sur un délai ou sur la stratégie à adopter, faites relire votre courrier par un avocat.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démission d’un salarié (CDI) avec préavis</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