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before="0"/>
      </w:pPr>
      <w:r>
        <w:rPr>
          <w:rFonts w:ascii="Calibri" w:hAnsi="Calibri" w:eastAsia="Calibri"/>
          <w:b/>
          <w:sz w:val="22"/>
          <w:highlight w:val="yellow"/>
        </w:rPr>
        <w:t>[Prénom NOM]</w:t>
      </w:r>
    </w:p>
    <w:p>
      <w:pPr>
        <w:spacing w:after="0" w:before="0"/>
      </w:pPr>
      <w:r>
        <w:rPr>
          <w:rFonts w:ascii="Calibri" w:hAnsi="Calibri" w:eastAsia="Calibri"/>
          <w:sz w:val="22"/>
          <w:highlight w:val="yellow"/>
        </w:rPr>
        <w:t>[Adresse]</w:t>
      </w:r>
    </w:p>
    <w:p>
      <w:pPr>
        <w:spacing w:after="0" w:before="0"/>
      </w:pPr>
      <w:r>
        <w:rPr>
          <w:rFonts w:ascii="Calibri" w:hAnsi="Calibri" w:eastAsia="Calibri"/>
          <w:sz w:val="22"/>
          <w:highlight w:val="yellow"/>
        </w:rPr>
        <w:t>[Code postal]</w:t>
      </w:r>
      <w:r>
        <w:rPr>
          <w:rFonts w:ascii="Calibri" w:hAnsi="Calibri" w:eastAsia="Calibri"/>
          <w:sz w:val="22"/>
        </w:rPr>
        <w:t xml:space="preserve"> </w:t>
      </w:r>
      <w:r>
        <w:rPr>
          <w:rFonts w:ascii="Calibri" w:hAnsi="Calibri" w:eastAsia="Calibri"/>
          <w:sz w:val="22"/>
          <w:highlight w:val="yellow"/>
        </w:rPr>
        <w:t>[Ville]</w:t>
      </w:r>
    </w:p>
    <w:p>
      <w:pPr>
        <w:spacing w:after="0" w:before="0"/>
      </w:pPr>
      <w:r>
        <w:rPr>
          <w:rFonts w:ascii="Calibri" w:hAnsi="Calibri" w:eastAsia="Calibri"/>
          <w:sz w:val="22"/>
        </w:rPr>
        <w:t xml:space="preserve">Tél. : </w:t>
      </w:r>
      <w:r>
        <w:rPr>
          <w:rFonts w:ascii="Calibri" w:hAnsi="Calibri" w:eastAsia="Calibri"/>
          <w:sz w:val="22"/>
          <w:highlight w:val="yellow"/>
        </w:rPr>
        <w:t>[téléphone]</w:t>
      </w:r>
      <w:r>
        <w:rPr>
          <w:rFonts w:ascii="Calibri" w:hAnsi="Calibri" w:eastAsia="Calibri"/>
          <w:sz w:val="22"/>
        </w:rPr>
        <w:t xml:space="preserve"> — Courriel : </w:t>
      </w:r>
      <w:r>
        <w:rPr>
          <w:rFonts w:ascii="Calibri" w:hAnsi="Calibri" w:eastAsia="Calibri"/>
          <w:sz w:val="22"/>
          <w:highlight w:val="yellow"/>
        </w:rPr>
        <w:t>[adresse électronique]</w:t>
      </w:r>
    </w:p>
    <w:p>
      <w:pPr>
        <w:spacing w:after="80"/>
      </w:pPr>
    </w:p>
    <w:p>
      <w:pPr>
        <w:spacing w:after="0" w:before="0"/>
        <w:ind w:left="5102"/>
      </w:pPr>
      <w:r>
        <w:rPr>
          <w:rFonts w:ascii="Calibri" w:hAnsi="Calibri" w:eastAsia="Calibri"/>
          <w:b/>
          <w:sz w:val="22"/>
          <w:highlight w:val="yellow"/>
        </w:rPr>
        <w:t>[Dénomination de la société]</w:t>
      </w:r>
    </w:p>
    <w:p>
      <w:pPr>
        <w:spacing w:after="0" w:before="0"/>
        <w:ind w:left="5102"/>
      </w:pPr>
      <w:r>
        <w:rPr>
          <w:rFonts w:ascii="Calibri" w:hAnsi="Calibri" w:eastAsia="Calibri"/>
          <w:sz w:val="22"/>
        </w:rPr>
        <w:t xml:space="preserve">À l’attention de </w:t>
      </w:r>
      <w:r>
        <w:rPr>
          <w:rFonts w:ascii="Calibri" w:hAnsi="Calibri" w:eastAsia="Calibri"/>
          <w:sz w:val="22"/>
          <w:highlight w:val="yellow"/>
        </w:rPr>
        <w:t>[l’associé unique / du conseil d’administration / du président / des associés]</w:t>
      </w:r>
    </w:p>
    <w:p>
      <w:pPr>
        <w:spacing w:after="0" w:before="0"/>
        <w:ind w:left="5102"/>
      </w:pPr>
      <w:r>
        <w:rPr>
          <w:rFonts w:ascii="Calibri" w:hAnsi="Calibri" w:eastAsia="Calibri"/>
          <w:sz w:val="22"/>
          <w:highlight w:val="yellow"/>
        </w:rPr>
        <w:t>[Adresse du siège social]</w:t>
      </w:r>
    </w:p>
    <w:p>
      <w:pPr>
        <w:spacing w:after="0" w:before="0"/>
        <w:ind w:left="5102"/>
      </w:pPr>
      <w:r>
        <w:rPr>
          <w:rFonts w:ascii="Calibri" w:hAnsi="Calibri" w:eastAsia="Calibri"/>
          <w:sz w:val="22"/>
          <w:highlight w:val="yellow"/>
        </w:rPr>
        <w:t>[Code postal]</w:t>
      </w:r>
      <w:r>
        <w:rPr>
          <w:rFonts w:ascii="Calibri" w:hAnsi="Calibri" w:eastAsia="Calibri"/>
          <w:sz w:val="22"/>
        </w:rPr>
        <w:t xml:space="preserve"> </w:t>
      </w:r>
      <w:r>
        <w:rPr>
          <w:rFonts w:ascii="Calibri" w:hAnsi="Calibri" w:eastAsia="Calibri"/>
          <w:sz w:val="22"/>
          <w:highlight w:val="yellow"/>
        </w:rPr>
        <w:t>[Ville]</w:t>
      </w:r>
    </w:p>
    <w:p>
      <w:pPr>
        <w:spacing w:after="80"/>
      </w:pPr>
    </w:p>
    <w:p>
      <w:pPr>
        <w:spacing w:after="240" w:before="0"/>
        <w:ind w:left="5102"/>
      </w:pPr>
      <w:r>
        <w:rPr>
          <w:rFonts w:ascii="Calibri" w:hAnsi="Calibri" w:eastAsia="Calibri"/>
          <w:sz w:val="22"/>
          <w:highlight w:val="yellow"/>
        </w:rPr>
        <w:t>[Ville]</w:t>
      </w:r>
      <w:r>
        <w:rPr>
          <w:rFonts w:ascii="Calibri" w:hAnsi="Calibri" w:eastAsia="Calibri"/>
          <w:sz w:val="22"/>
        </w:rPr>
        <w:t xml:space="preserve">, le </w:t>
      </w:r>
      <w:r>
        <w:rPr>
          <w:rFonts w:ascii="Calibri" w:hAnsi="Calibri" w:eastAsia="Calibri"/>
          <w:sz w:val="22"/>
          <w:highlight w:val="yellow"/>
        </w:rPr>
        <w:t>[date]</w:t>
      </w:r>
    </w:p>
    <w:p>
      <w:pPr>
        <w:spacing w:after="40" w:before="0"/>
      </w:pPr>
      <w:r>
        <w:rPr>
          <w:rFonts w:ascii="Calibri" w:hAnsi="Calibri" w:eastAsia="Calibri"/>
          <w:b/>
          <w:sz w:val="22"/>
        </w:rPr>
        <w:t>Lettre recommandée avec demande d’avis de réception</w:t>
      </w:r>
    </w:p>
    <w:p>
      <w:pPr>
        <w:spacing w:after="40" w:before="0"/>
      </w:pPr>
      <w:r>
        <w:rPr>
          <w:rFonts w:ascii="Calibri" w:hAnsi="Calibri" w:eastAsia="Calibri"/>
          <w:b/>
          <w:sz w:val="22"/>
        </w:rPr>
        <w:t xml:space="preserve">Objet : </w:t>
      </w:r>
      <w:r>
        <w:rPr>
          <w:rFonts w:ascii="Calibri" w:hAnsi="Calibri" w:eastAsia="Calibri"/>
          <w:b/>
          <w:sz w:val="22"/>
        </w:rPr>
        <w:t xml:space="preserve">Démission de mes fonctions de </w:t>
      </w:r>
      <w:r>
        <w:rPr>
          <w:rFonts w:ascii="Calibri" w:hAnsi="Calibri" w:eastAsia="Calibri"/>
          <w:b/>
          <w:sz w:val="22"/>
          <w:highlight w:val="yellow"/>
        </w:rPr>
        <w:t>[Président / gérant / directeur général / …]</w:t>
      </w:r>
      <w:r>
        <w:rPr>
          <w:rFonts w:ascii="Calibri" w:hAnsi="Calibri" w:eastAsia="Calibri"/>
          <w:b/>
          <w:sz w:val="22"/>
        </w:rPr>
        <w:t xml:space="preserve"> de la société </w:t>
      </w:r>
      <w:r>
        <w:rPr>
          <w:rFonts w:ascii="Calibri" w:hAnsi="Calibri" w:eastAsia="Calibri"/>
          <w:b/>
          <w:sz w:val="22"/>
          <w:highlight w:val="yellow"/>
        </w:rPr>
        <w:t>[dénomination]</w:t>
      </w:r>
    </w:p>
    <w:p>
      <w:pPr>
        <w:spacing w:after="0" w:before="0"/>
      </w:pPr>
      <w:r>
        <w:rPr>
          <w:rFonts w:ascii="Calibri" w:hAnsi="Calibri" w:eastAsia="Calibri"/>
          <w:sz w:val="22"/>
        </w:rPr>
        <w:t xml:space="preserve">Réf. : </w:t>
      </w:r>
      <w:r>
        <w:rPr>
          <w:rFonts w:ascii="Calibri" w:hAnsi="Calibri" w:eastAsia="Calibri"/>
          <w:sz w:val="22"/>
          <w:highlight w:val="yellow"/>
        </w:rPr>
        <w:t>[RCS / SIREN / date de nomination]</w:t>
      </w:r>
    </w:p>
    <w:p>
      <w:pPr>
        <w:spacing w:after="80"/>
      </w:pPr>
    </w:p>
    <w:p>
      <w:pPr>
        <w:spacing w:after="160" w:before="0"/>
      </w:pPr>
      <w:r>
        <w:rPr>
          <w:rFonts w:ascii="Calibri" w:hAnsi="Calibri" w:eastAsia="Calibri"/>
          <w:sz w:val="22"/>
        </w:rPr>
        <w:t>Madame, Monsieur,</w:t>
      </w:r>
    </w:p>
    <w:p>
      <w:pPr>
        <w:spacing w:after="160" w:before="0"/>
        <w:jc w:val="both"/>
      </w:pPr>
      <w:r>
        <w:rPr>
          <w:rFonts w:ascii="Calibri" w:hAnsi="Calibri" w:eastAsia="Calibri"/>
          <w:sz w:val="22"/>
        </w:rPr>
        <w:t xml:space="preserve">Par la présente, je vous informe de ma décision de démissionner de mes fonctions de </w:t>
      </w:r>
      <w:r>
        <w:rPr>
          <w:rFonts w:ascii="Calibri" w:hAnsi="Calibri" w:eastAsia="Calibri"/>
          <w:sz w:val="22"/>
          <w:highlight w:val="yellow"/>
        </w:rPr>
        <w:t>[Président / gérant / …]</w:t>
      </w:r>
      <w:r>
        <w:rPr>
          <w:rFonts w:ascii="Calibri" w:hAnsi="Calibri" w:eastAsia="Calibri"/>
          <w:sz w:val="22"/>
        </w:rPr>
        <w:t xml:space="preserve"> de la société </w:t>
      </w:r>
      <w:r>
        <w:rPr>
          <w:rFonts w:ascii="Calibri" w:hAnsi="Calibri" w:eastAsia="Calibri"/>
          <w:sz w:val="22"/>
          <w:highlight w:val="yellow"/>
        </w:rPr>
        <w:t>[dénomination]</w:t>
      </w:r>
      <w:r>
        <w:rPr>
          <w:rFonts w:ascii="Calibri" w:hAnsi="Calibri" w:eastAsia="Calibri"/>
          <w:sz w:val="22"/>
        </w:rPr>
        <w:t xml:space="preserve">, </w:t>
      </w:r>
      <w:r>
        <w:rPr>
          <w:rFonts w:ascii="Calibri" w:hAnsi="Calibri" w:eastAsia="Calibri"/>
          <w:sz w:val="22"/>
          <w:highlight w:val="yellow"/>
        </w:rPr>
        <w:t>[SASU / SAS / SARL / …]</w:t>
      </w:r>
      <w:r>
        <w:rPr>
          <w:rFonts w:ascii="Calibri" w:hAnsi="Calibri" w:eastAsia="Calibri"/>
          <w:sz w:val="22"/>
        </w:rPr>
        <w:t xml:space="preserve"> au capital de </w:t>
      </w:r>
      <w:r>
        <w:rPr>
          <w:rFonts w:ascii="Calibri" w:hAnsi="Calibri" w:eastAsia="Calibri"/>
          <w:sz w:val="22"/>
          <w:highlight w:val="yellow"/>
        </w:rPr>
        <w:t>[montant]</w:t>
      </w:r>
      <w:r>
        <w:rPr>
          <w:rFonts w:ascii="Calibri" w:hAnsi="Calibri" w:eastAsia="Calibri"/>
          <w:sz w:val="22"/>
        </w:rPr>
        <w:t xml:space="preserve"> €, immatriculée sous le numéro </w:t>
      </w:r>
      <w:r>
        <w:rPr>
          <w:rFonts w:ascii="Calibri" w:hAnsi="Calibri" w:eastAsia="Calibri"/>
          <w:sz w:val="22"/>
          <w:highlight w:val="yellow"/>
        </w:rPr>
        <w:t>[SIREN]</w:t>
      </w:r>
      <w:r>
        <w:rPr>
          <w:rFonts w:ascii="Calibri" w:hAnsi="Calibri" w:eastAsia="Calibri"/>
          <w:sz w:val="22"/>
        </w:rPr>
        <w:t xml:space="preserve">, dont le siège est situé </w:t>
      </w:r>
      <w:r>
        <w:rPr>
          <w:rFonts w:ascii="Calibri" w:hAnsi="Calibri" w:eastAsia="Calibri"/>
          <w:sz w:val="22"/>
          <w:highlight w:val="yellow"/>
        </w:rPr>
        <w:t>[adresse]</w:t>
      </w:r>
      <w:r>
        <w:rPr>
          <w:rFonts w:ascii="Calibri" w:hAnsi="Calibri" w:eastAsia="Calibri"/>
          <w:sz w:val="22"/>
        </w:rPr>
        <w:t>.</w:t>
      </w:r>
    </w:p>
    <w:p>
      <w:pPr>
        <w:spacing w:after="160" w:before="0"/>
        <w:jc w:val="both"/>
      </w:pPr>
      <w:r>
        <w:rPr>
          <w:rFonts w:ascii="Calibri" w:hAnsi="Calibri" w:eastAsia="Calibri"/>
          <w:sz w:val="22"/>
        </w:rPr>
        <w:t xml:space="preserve">Cette démission prendra effet </w:t>
      </w:r>
      <w:r>
        <w:rPr>
          <w:rFonts w:ascii="Calibri" w:hAnsi="Calibri" w:eastAsia="Calibri"/>
          <w:sz w:val="22"/>
          <w:highlight w:val="yellow"/>
        </w:rPr>
        <w:t>[à réception de la présente / à compter du … / à l’issue d’un préavis de …]</w:t>
      </w:r>
      <w:r>
        <w:rPr>
          <w:rFonts w:ascii="Calibri" w:hAnsi="Calibri" w:eastAsia="Calibri"/>
          <w:sz w:val="22"/>
        </w:rPr>
        <w:t>.</w:t>
      </w:r>
    </w:p>
    <w:p>
      <w:pPr>
        <w:spacing w:after="160" w:before="0"/>
        <w:jc w:val="both"/>
      </w:pPr>
      <w:r>
        <w:rPr>
          <w:rFonts w:ascii="Calibri" w:hAnsi="Calibri" w:eastAsia="Calibri"/>
          <w:sz w:val="22"/>
        </w:rPr>
        <w:t>Je reste à la disposition de la société, jusqu’à la date d’effet, pour assurer la continuité de la gestion et faciliter la passation des dossiers avec mon successeur éventuel, dans le respect de l’intérêt social.</w:t>
      </w:r>
    </w:p>
    <w:p>
      <w:pPr>
        <w:spacing w:after="160" w:before="0"/>
        <w:jc w:val="both"/>
      </w:pPr>
      <w:r>
        <w:rPr>
          <w:rFonts w:ascii="Calibri" w:hAnsi="Calibri" w:eastAsia="Calibri"/>
          <w:sz w:val="22"/>
        </w:rPr>
        <w:t>Je vous remercie de bien vouloir faire procéder, le moment venu, aux formalités de publicité et de mise à jour du registre du commerce et des sociétés, par l’intermédiaire du guichet unique des formalités d’entreprises (et, le cas échéant, auprès des organismes sociaux et fiscaux).</w:t>
      </w:r>
    </w:p>
    <w:p>
      <w:pPr>
        <w:spacing w:after="160" w:before="0"/>
        <w:jc w:val="both"/>
      </w:pPr>
      <w:r>
        <w:rPr>
          <w:rFonts w:ascii="Calibri" w:hAnsi="Calibri" w:eastAsia="Calibri"/>
          <w:sz w:val="22"/>
        </w:rPr>
        <w:t xml:space="preserve">Je vous prie de trouver ci-joint </w:t>
      </w:r>
      <w:r>
        <w:rPr>
          <w:rFonts w:ascii="Calibri" w:hAnsi="Calibri" w:eastAsia="Calibri"/>
          <w:sz w:val="22"/>
          <w:highlight w:val="yellow"/>
        </w:rPr>
        <w:t>[un projet de procès-verbal prenant acte de la démission / l’inventaire des documents remis / …]</w:t>
      </w:r>
      <w:r>
        <w:rPr>
          <w:rFonts w:ascii="Calibri" w:hAnsi="Calibri" w:eastAsia="Calibri"/>
          <w:sz w:val="22"/>
        </w:rPr>
        <w:t>.</w:t>
      </w:r>
    </w:p>
    <w:p>
      <w:pPr>
        <w:spacing w:after="360" w:before="0"/>
        <w:jc w:val="both"/>
      </w:pPr>
      <w:r>
        <w:rPr>
          <w:rFonts w:ascii="Calibri" w:hAnsi="Calibri" w:eastAsia="Calibri"/>
          <w:sz w:val="22"/>
        </w:rPr>
        <w:t>Je vous prie d’agréer, Madame, Monsieur, l’expression de mes salutations distinguées.</w:t>
      </w:r>
    </w:p>
    <w:p>
      <w:pPr>
        <w:spacing w:after="0" w:before="0"/>
        <w:ind w:left="5102"/>
      </w:pPr>
      <w:r>
        <w:rPr>
          <w:rFonts w:ascii="Calibri" w:hAnsi="Calibri" w:eastAsia="Calibri"/>
          <w:sz w:val="22"/>
          <w:highlight w:val="yellow"/>
        </w:rPr>
        <w:t>[Signature]</w:t>
      </w:r>
    </w:p>
    <w:p>
      <w:pPr>
        <w:spacing w:after="320" w:before="0"/>
        <w:ind w:left="5102"/>
      </w:pPr>
      <w:r>
        <w:rPr>
          <w:rFonts w:ascii="Calibri" w:hAnsi="Calibri" w:eastAsia="Calibri"/>
          <w:sz w:val="22"/>
          <w:highlight w:val="yellow"/>
        </w:rPr>
        <w:t>[Prénom NOM]</w:t>
      </w:r>
    </w:p>
    <w:p>
      <w:pPr>
        <w:spacing w:after="40" w:before="0"/>
      </w:pPr>
      <w:r>
        <w:rPr>
          <w:rFonts w:ascii="Calibri" w:hAnsi="Calibri" w:eastAsia="Calibri"/>
          <w:b/>
          <w:sz w:val="22"/>
        </w:rPr>
        <w:t>Pièces jointes :</w:t>
      </w:r>
    </w:p>
    <w:p>
      <w:pPr>
        <w:spacing w:after="20" w:before="0"/>
        <w:ind w:left="510" w:hanging="283"/>
      </w:pPr>
      <w:r>
        <w:rPr>
          <w:rFonts w:ascii="Calibri" w:hAnsi="Calibri" w:eastAsia="Calibri"/>
          <w:sz w:val="22"/>
        </w:rPr>
        <w:t xml:space="preserve">– </w:t>
      </w:r>
      <w:r>
        <w:rPr>
          <w:rFonts w:ascii="Calibri" w:hAnsi="Calibri" w:eastAsia="Calibri"/>
          <w:sz w:val="22"/>
          <w:highlight w:val="yellow"/>
        </w:rPr>
        <w:t>[à lister]</w:t>
      </w:r>
    </w:p>
    <w:p>
      <w:r>
        <w:br w:type="page"/>
      </w:r>
    </w:p>
    <w:p>
      <w:pPr>
        <w:spacing w:after="80" w:before="0"/>
      </w:pPr>
      <w:r>
        <w:rPr>
          <w:rFonts w:ascii="Calibri" w:hAnsi="Calibri" w:eastAsia="Calibri"/>
          <w:b/>
          <w:sz w:val="26"/>
        </w:rPr>
        <w:t>Notes pratiques — à supprimer avant envoi</w:t>
      </w:r>
    </w:p>
    <w:p>
      <w:pPr>
        <w:spacing w:after="120"/>
      </w:pPr>
    </w:p>
    <w:p>
      <w:pPr>
        <w:spacing w:after="100" w:before="0"/>
        <w:jc w:val="both"/>
      </w:pPr>
      <w:r>
        <w:rPr>
          <w:rFonts w:ascii="Calibri" w:hAnsi="Calibri" w:eastAsia="Calibri"/>
          <w:color w:val="374151"/>
          <w:sz w:val="20"/>
        </w:rPr>
        <w:t>• La démission d’un dirigeant de société est en principe libre ; vérifiez toutefois les statuts, un éventuel contrat et les règles propres à la forme sociale.</w:t>
      </w:r>
    </w:p>
    <w:p>
      <w:pPr>
        <w:spacing w:after="100" w:before="0"/>
        <w:jc w:val="both"/>
      </w:pPr>
      <w:r>
        <w:rPr>
          <w:rFonts w:ascii="Calibri" w:hAnsi="Calibri" w:eastAsia="Calibri"/>
          <w:color w:val="374151"/>
          <w:sz w:val="20"/>
        </w:rPr>
        <w:t>• Une date d’effet claire évite les discussions sur la période de responsabilité et sur les pouvoirs de représentation.</w:t>
      </w:r>
    </w:p>
    <w:p>
      <w:pPr>
        <w:spacing w:after="100" w:before="0"/>
        <w:jc w:val="both"/>
      </w:pPr>
      <w:r>
        <w:rPr>
          <w:rFonts w:ascii="Calibri" w:hAnsi="Calibri" w:eastAsia="Calibri"/>
          <w:color w:val="374151"/>
          <w:sz w:val="20"/>
        </w:rPr>
        <w:t>• Les formalités de modification (déclaration au guichet unique, annonce légale et, le cas échéant, mise à jour des bénéficiaires effectifs) relèvent de la société ; assurez-vous qu’elles seront accomplies. Un modèle de décision de nomination d’un nouveau Président de SASU est disponible sur la même page.</w:t>
      </w:r>
    </w:p>
    <w:p>
      <w:pPr>
        <w:spacing w:after="100" w:before="0"/>
        <w:jc w:val="both"/>
      </w:pPr>
      <w:r>
        <w:rPr>
          <w:rFonts w:ascii="Calibri" w:hAnsi="Calibri" w:eastAsia="Calibri"/>
          <w:color w:val="374151"/>
          <w:sz w:val="20"/>
        </w:rPr>
        <w:t>• Si vous êtes aussi salarié ou titulaire d’un mandat social rémunéré, d’autres règles (préavis, chômage, protection sociale) peuvent s’appliquer — faites-vous conseiller.</w:t>
      </w:r>
    </w:p>
    <w:p>
      <w:pPr>
        <w:spacing w:after="100" w:before="0"/>
        <w:jc w:val="both"/>
      </w:pPr>
      <w:r>
        <w:rPr>
          <w:rFonts w:ascii="Calibri" w:hAnsi="Calibri" w:eastAsia="Calibri"/>
          <w:color w:val="374151"/>
          <w:sz w:val="20"/>
        </w:rPr>
        <w:t>• Supprimez l’en-tête « Modèle fourni à titre informatif… », les surlignages et la présente page avant d’envoyer le courrier. Conservez une copie du courrier, la preuve de dépôt et l’avis de réception.</w:t>
      </w:r>
    </w:p>
    <w:p>
      <w:pPr>
        <w:spacing w:after="100" w:before="0"/>
        <w:jc w:val="both"/>
      </w:pPr>
      <w:r>
        <w:rPr>
          <w:rFonts w:ascii="Calibri" w:hAnsi="Calibri" w:eastAsia="Calibri"/>
          <w:color w:val="374151"/>
          <w:sz w:val="20"/>
        </w:rPr>
        <w:t>• En cas de doute sur un délai ou sur la stratégie à adopter, faites relire votre courrier par un avocat.</w:t>
      </w:r>
    </w:p>
    <w:sectPr w:rsidR="00FC693F" w:rsidRPr="0006063C" w:rsidSect="00034616">
      <w:headerReference w:type="default" r:id="rId9"/>
      <w:footerReference w:type="default" r:id="rId10"/>
      <w:pgSz w:w="12240" w:h="15840"/>
      <w:pgMar w:top="1247"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eastAsia="Calibri"/>
        <w:color w:val="9AA5B1"/>
        <w:sz w:val="16"/>
      </w:rPr>
      <w:t>Modèle — Cabinet Gasimov, avocat à Strasbourg · www.avocat-gasimov.fr</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
      <w:rPr>
        <w:rFonts w:ascii="Calibri" w:hAnsi="Calibri" w:eastAsia="Calibri"/>
        <w:i/>
        <w:color w:val="6B7280"/>
        <w:sz w:val="17"/>
      </w:rPr>
      <w:t>Modèle fourni à titre informatif — à adapter à votre situation ; ne remplace pas un conseil personnalisé. Cabinet Gasimov</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de démission d’un dirigeant de société</dc:title>
  <dc:subject/>
  <dc:creator>Cabinet Gasimov</dc:creator>
  <cp:keywords/>
  <dc:description>generated by python-docx</dc:description>
  <cp:lastModifiedBy/>
  <cp:revision>1</cp:revision>
  <dcterms:created xsi:type="dcterms:W3CDTF">2013-12-23T23:15:00Z</dcterms:created>
  <dcterms:modified xsi:type="dcterms:W3CDTF">2013-12-23T23:15:00Z</dcterms:modified>
  <cp:category/>
</cp:coreProperties>
</file>