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0" w:before="0"/>
      </w:pPr>
      <w:r>
        <w:rPr>
          <w:rFonts w:ascii="Calibri" w:hAnsi="Calibri" w:eastAsia="Calibri"/>
          <w:sz w:val="22"/>
        </w:rPr>
        <w:t xml:space="preserve">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 Nationalité : </w:t>
      </w:r>
      <w:r>
        <w:rPr>
          <w:rFonts w:ascii="Calibri" w:hAnsi="Calibri" w:eastAsia="Calibri"/>
          <w:sz w:val="22"/>
          <w:highlight w:val="yellow"/>
        </w:rPr>
        <w:t>[nationalité]</w:t>
      </w:r>
    </w:p>
    <w:p>
      <w:pPr>
        <w:spacing w:after="0" w:before="0"/>
      </w:pPr>
      <w:r>
        <w:rPr>
          <w:rFonts w:ascii="Calibri" w:hAnsi="Calibri" w:eastAsia="Calibri"/>
          <w:sz w:val="22"/>
        </w:rPr>
        <w:t xml:space="preserve">N° étranger (AGDREF) : </w:t>
      </w:r>
      <w:r>
        <w:rPr>
          <w:rFonts w:ascii="Calibri" w:hAnsi="Calibri" w:eastAsia="Calibri"/>
          <w:sz w:val="22"/>
          <w:highlight w:val="yellow"/>
        </w:rPr>
        <w:t>[numéro, s’il existe]</w:t>
      </w:r>
    </w:p>
    <w:p>
      <w:pPr>
        <w:spacing w:after="80"/>
      </w:pPr>
    </w:p>
    <w:p>
      <w:pPr>
        <w:spacing w:after="0" w:before="0"/>
        <w:ind w:left="5102"/>
      </w:pPr>
      <w:r>
        <w:rPr>
          <w:rFonts w:ascii="Calibri" w:hAnsi="Calibri" w:eastAsia="Calibri"/>
          <w:b/>
          <w:sz w:val="22"/>
        </w:rPr>
        <w:t xml:space="preserve">Préfecture de </w:t>
      </w:r>
      <w:r>
        <w:rPr>
          <w:rFonts w:ascii="Calibri" w:hAnsi="Calibri" w:eastAsia="Calibri"/>
          <w:b/>
          <w:sz w:val="22"/>
          <w:highlight w:val="yellow"/>
        </w:rPr>
        <w:t>[département]</w:t>
      </w:r>
    </w:p>
    <w:p>
      <w:pPr>
        <w:spacing w:after="0" w:before="0"/>
        <w:ind w:left="5102"/>
      </w:pPr>
      <w:r>
        <w:rPr>
          <w:rFonts w:ascii="Calibri" w:hAnsi="Calibri" w:eastAsia="Calibri"/>
          <w:sz w:val="22"/>
          <w:highlight w:val="yellow"/>
        </w:rPr>
        <w:t>[Service compétent : bureau du séjour des étrangers — intitulé à vérifier sur le site de la préfecture]</w:t>
      </w:r>
    </w:p>
    <w:p>
      <w:pPr>
        <w:spacing w:after="0" w:before="0"/>
        <w:ind w:left="5102"/>
      </w:pPr>
      <w:r>
        <w:rPr>
          <w:rFonts w:ascii="Calibri" w:hAnsi="Calibri" w:eastAsia="Calibri"/>
          <w:sz w:val="22"/>
          <w:highlight w:val="yellow"/>
        </w:rPr>
        <w:t>[Adresse]</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rPr>
        <w:t>Lettre recommandée avec demande d’avis de réception</w:t>
      </w:r>
    </w:p>
    <w:p>
      <w:pPr>
        <w:spacing w:after="40" w:before="0"/>
      </w:pPr>
      <w:r>
        <w:rPr>
          <w:rFonts w:ascii="Calibri" w:hAnsi="Calibri" w:eastAsia="Calibri"/>
          <w:b/>
          <w:sz w:val="22"/>
        </w:rPr>
        <w:t xml:space="preserve">Objet : </w:t>
      </w:r>
      <w:r>
        <w:rPr>
          <w:rFonts w:ascii="Calibri" w:hAnsi="Calibri" w:eastAsia="Calibri"/>
          <w:b/>
          <w:sz w:val="22"/>
          <w:highlight w:val="yellow"/>
        </w:rPr>
        <w:t>[Première demande / Demande de renouvellement / Demande de changement de statut]</w:t>
      </w:r>
      <w:r>
        <w:rPr>
          <w:rFonts w:ascii="Calibri" w:hAnsi="Calibri" w:eastAsia="Calibri"/>
          <w:b/>
          <w:sz w:val="22"/>
        </w:rPr>
        <w:t xml:space="preserve"> de titre de séjour — </w:t>
      </w:r>
      <w:r>
        <w:rPr>
          <w:rFonts w:ascii="Calibri" w:hAnsi="Calibri" w:eastAsia="Calibri"/>
          <w:b/>
          <w:sz w:val="22"/>
          <w:highlight w:val="yellow"/>
        </w:rPr>
        <w:t>[mention du titre demandé : « vie privée et familiale », « salarié », « étudiant »…]</w:t>
      </w:r>
    </w:p>
    <w:p>
      <w:pPr>
        <w:spacing w:after="0" w:before="0"/>
      </w:pPr>
      <w:r>
        <w:rPr>
          <w:rFonts w:ascii="Calibri" w:hAnsi="Calibri" w:eastAsia="Calibri"/>
          <w:sz w:val="22"/>
        </w:rPr>
        <w:t xml:space="preserve">Fondement invoqué : </w:t>
      </w:r>
      <w:r>
        <w:rPr>
          <w:rFonts w:ascii="Calibri" w:hAnsi="Calibri" w:eastAsia="Calibri"/>
          <w:sz w:val="22"/>
          <w:highlight w:val="yellow"/>
        </w:rPr>
        <w:t>[article du CESEDA visé, si vous le connaissez avec certitude — sinon supprimer cette ligne]</w:t>
      </w:r>
    </w:p>
    <w:p>
      <w:pPr>
        <w:spacing w:after="0" w:before="0"/>
      </w:pPr>
      <w:r>
        <w:rPr>
          <w:rFonts w:ascii="Calibri" w:hAnsi="Calibri" w:eastAsia="Calibri"/>
          <w:sz w:val="22"/>
        </w:rPr>
        <w:t xml:space="preserve">Réf. : </w:t>
      </w:r>
      <w:r>
        <w:rPr>
          <w:rFonts w:ascii="Calibri" w:hAnsi="Calibri" w:eastAsia="Calibri"/>
          <w:sz w:val="22"/>
          <w:highlight w:val="yellow"/>
        </w:rPr>
        <w:t>[n° de dossier / date du rendez-vous / n° de dépôt en ligne]</w:t>
      </w:r>
    </w:p>
    <w:p>
      <w:pPr>
        <w:spacing w:after="80"/>
      </w:pPr>
    </w:p>
    <w:p>
      <w:pPr>
        <w:spacing w:after="160" w:before="0"/>
      </w:pPr>
      <w:r>
        <w:rPr>
          <w:rFonts w:ascii="Calibri" w:hAnsi="Calibri" w:eastAsia="Calibri"/>
          <w:sz w:val="22"/>
          <w:highlight w:val="yellow"/>
        </w:rPr>
        <w:t>[Madame la Préfète / Monsieur le Préfet]</w:t>
      </w:r>
      <w:r>
        <w:rPr>
          <w:rFonts w:ascii="Calibri" w:hAnsi="Calibri" w:eastAsia="Calibri"/>
          <w:sz w:val="22"/>
        </w:rPr>
        <w:t>,</w:t>
      </w:r>
    </w:p>
    <w:p>
      <w:pPr>
        <w:spacing w:after="160" w:before="0"/>
        <w:jc w:val="both"/>
      </w:pPr>
      <w:r>
        <w:rPr>
          <w:rFonts w:ascii="Calibri" w:hAnsi="Calibri" w:eastAsia="Calibri"/>
          <w:sz w:val="22"/>
        </w:rPr>
        <w:t xml:space="preserve">J’ai l’honneur de solliciter </w:t>
      </w:r>
      <w:r>
        <w:rPr>
          <w:rFonts w:ascii="Calibri" w:hAnsi="Calibri" w:eastAsia="Calibri"/>
          <w:sz w:val="22"/>
          <w:highlight w:val="yellow"/>
        </w:rPr>
        <w:t>[la délivrance / le renouvellement]</w:t>
      </w:r>
      <w:r>
        <w:rPr>
          <w:rFonts w:ascii="Calibri" w:hAnsi="Calibri" w:eastAsia="Calibri"/>
          <w:sz w:val="22"/>
        </w:rPr>
        <w:t xml:space="preserve"> d’un titre de séjour portant la mention </w:t>
      </w:r>
      <w:r>
        <w:rPr>
          <w:rFonts w:ascii="Calibri" w:hAnsi="Calibri" w:eastAsia="Calibri"/>
          <w:sz w:val="22"/>
          <w:highlight w:val="yellow"/>
        </w:rPr>
        <w:t>[mention]</w:t>
      </w:r>
      <w:r>
        <w:rPr>
          <w:rFonts w:ascii="Calibri" w:hAnsi="Calibri" w:eastAsia="Calibri"/>
          <w:sz w:val="22"/>
        </w:rPr>
        <w:t>.</w:t>
      </w:r>
    </w:p>
    <w:p>
      <w:pPr>
        <w:spacing w:after="160" w:before="0"/>
        <w:jc w:val="both"/>
      </w:pPr>
      <w:r>
        <w:rPr>
          <w:rFonts w:ascii="Calibri" w:hAnsi="Calibri" w:eastAsia="Calibri"/>
          <w:b/>
          <w:sz w:val="22"/>
        </w:rPr>
        <w:t xml:space="preserve">Ma situation. </w:t>
      </w:r>
      <w:r>
        <w:rPr>
          <w:rFonts w:ascii="Calibri" w:hAnsi="Calibri" w:eastAsia="Calibri"/>
          <w:sz w:val="22"/>
        </w:rPr>
        <w:t xml:space="preserve">Je suis entré(e) en France le </w:t>
      </w:r>
      <w:r>
        <w:rPr>
          <w:rFonts w:ascii="Calibri" w:hAnsi="Calibri" w:eastAsia="Calibri"/>
          <w:sz w:val="22"/>
          <w:highlight w:val="yellow"/>
        </w:rPr>
        <w:t>[date]</w:t>
      </w:r>
      <w:r>
        <w:rPr>
          <w:rFonts w:ascii="Calibri" w:hAnsi="Calibri" w:eastAsia="Calibri"/>
          <w:sz w:val="22"/>
        </w:rPr>
        <w:t xml:space="preserve"> </w:t>
      </w:r>
      <w:r>
        <w:rPr>
          <w:rFonts w:ascii="Calibri" w:hAnsi="Calibri" w:eastAsia="Calibri"/>
          <w:sz w:val="22"/>
          <w:highlight w:val="yellow"/>
        </w:rPr>
        <w:t>[sous couvert d’un visa … / autre]</w:t>
      </w:r>
      <w:r>
        <w:rPr>
          <w:rFonts w:ascii="Calibri" w:hAnsi="Calibri" w:eastAsia="Calibri"/>
          <w:sz w:val="22"/>
        </w:rPr>
        <w:t xml:space="preserve">. </w:t>
      </w:r>
      <w:r>
        <w:rPr>
          <w:rFonts w:ascii="Calibri" w:hAnsi="Calibri" w:eastAsia="Calibri"/>
          <w:sz w:val="22"/>
          <w:highlight w:val="yellow"/>
        </w:rPr>
        <w:t>[Je réside habituellement en France depuis … ; je suis titulaire d’un titre de séjour … valable jusqu’au … ]</w:t>
      </w:r>
      <w:r>
        <w:rPr>
          <w:rFonts w:ascii="Calibri" w:hAnsi="Calibri" w:eastAsia="Calibri"/>
          <w:sz w:val="22"/>
        </w:rPr>
        <w:t>.</w:t>
      </w:r>
    </w:p>
    <w:p>
      <w:pPr>
        <w:spacing w:after="160" w:before="0"/>
        <w:jc w:val="both"/>
      </w:pPr>
      <w:r>
        <w:rPr>
          <w:rFonts w:ascii="Calibri" w:hAnsi="Calibri" w:eastAsia="Calibri"/>
          <w:b/>
          <w:sz w:val="22"/>
        </w:rPr>
        <w:t xml:space="preserve">Les motifs de ma demande. </w:t>
      </w:r>
      <w:r>
        <w:rPr>
          <w:rFonts w:ascii="Calibri" w:hAnsi="Calibri" w:eastAsia="Calibri"/>
          <w:sz w:val="22"/>
          <w:highlight w:val="yellow"/>
        </w:rPr>
        <w:t>[Exposer brièvement et de façon factuelle les éléments qui justifient le titre demandé : vie familiale (conjoint, enfants scolarisés, durée de la vie commune), activité professionnelle (employeur, contrat, ancienneté), études, état de santé, intégration (langue, engagement associatif…). Une idée par paragraphe, chaque affirmation renvoyant à une pièce.]</w:t>
      </w:r>
    </w:p>
    <w:p>
      <w:pPr>
        <w:spacing w:after="160" w:before="0"/>
        <w:jc w:val="both"/>
      </w:pPr>
      <w:r>
        <w:rPr>
          <w:rFonts w:ascii="Calibri" w:hAnsi="Calibri" w:eastAsia="Calibri"/>
          <w:sz w:val="22"/>
        </w:rPr>
        <w:t>Vous trouverez ci-joint l’ensemble des pièces justificatives, numérotées et récapitulées dans le bordereau ci-dessous. Je reste à votre disposition pour vous communiquer tout document complémentaire.</w:t>
      </w:r>
    </w:p>
    <w:p>
      <w:pPr>
        <w:spacing w:after="160" w:before="0"/>
        <w:jc w:val="both"/>
      </w:pPr>
      <w:r>
        <w:rPr>
          <w:rFonts w:ascii="Calibri" w:hAnsi="Calibri" w:eastAsia="Calibri"/>
          <w:sz w:val="22"/>
        </w:rPr>
        <w:t>Je vous remercie de bien vouloir me délivrer un récépissé ou une attestation de dépôt de ma demande, et de me tenir informé(e) de la suite qui lui sera réservée.</w:t>
      </w:r>
    </w:p>
    <w:p>
      <w:pPr>
        <w:spacing w:after="360" w:before="0"/>
        <w:jc w:val="both"/>
      </w:pPr>
      <w:r>
        <w:rPr>
          <w:rFonts w:ascii="Calibri" w:hAnsi="Calibri" w:eastAsia="Calibri"/>
          <w:sz w:val="22"/>
        </w:rPr>
        <w:t xml:space="preserve">Je vous prie d’agréer, </w:t>
      </w:r>
      <w:r>
        <w:rPr>
          <w:rFonts w:ascii="Calibri" w:hAnsi="Calibri" w:eastAsia="Calibri"/>
          <w:sz w:val="22"/>
          <w:highlight w:val="yellow"/>
        </w:rPr>
        <w:t>[Madame la Préfète / Monsieur le Préfet]</w:t>
      </w:r>
      <w:r>
        <w:rPr>
          <w:rFonts w:ascii="Calibri" w:hAnsi="Calibri" w:eastAsia="Calibri"/>
          <w:sz w:val="22"/>
        </w:rPr>
        <w:t>, l’expression de ma haute considération.</w:t>
      </w:r>
    </w:p>
    <w:p>
      <w:pPr>
        <w:spacing w:after="0" w:before="0"/>
        <w:ind w:left="5102"/>
      </w:pPr>
      <w:r>
        <w:rPr>
          <w:rFonts w:ascii="Calibri" w:hAnsi="Calibri" w:eastAsia="Calibri"/>
          <w:sz w:val="22"/>
          <w:highlight w:val="yellow"/>
        </w:rPr>
        <w:t>[Signature]</w:t>
      </w:r>
    </w:p>
    <w:p>
      <w:pPr>
        <w:spacing w:after="320" w:before="0"/>
        <w:ind w:left="5102"/>
      </w:pPr>
      <w:r>
        <w:rPr>
          <w:rFonts w:ascii="Calibri" w:hAnsi="Calibri" w:eastAsia="Calibri"/>
          <w:sz w:val="22"/>
          <w:highlight w:val="yellow"/>
        </w:rPr>
        <w:t>[Prénom NOM]</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1 — </w:t>
      </w:r>
      <w:r>
        <w:rPr>
          <w:rFonts w:ascii="Calibri" w:hAnsi="Calibri" w:eastAsia="Calibri"/>
          <w:sz w:val="22"/>
          <w:highlight w:val="yellow"/>
        </w:rPr>
        <w:t>[passeport : pages d’identité, visas et tampons]</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2 — </w:t>
      </w:r>
      <w:r>
        <w:rPr>
          <w:rFonts w:ascii="Calibri" w:hAnsi="Calibri" w:eastAsia="Calibri"/>
          <w:sz w:val="22"/>
          <w:highlight w:val="yellow"/>
        </w:rPr>
        <w:t>[titre de séjour actuel ou récépissé, le cas échéant]</w:t>
      </w:r>
    </w:p>
    <w:p>
      <w:pPr>
        <w:spacing w:after="20" w:before="0"/>
        <w:ind w:left="510" w:hanging="283"/>
      </w:pPr>
      <w:r>
        <w:rPr>
          <w:rFonts w:ascii="Calibri" w:hAnsi="Calibri" w:eastAsia="Calibri"/>
          <w:sz w:val="22"/>
        </w:rPr>
        <w:t>– Pièce n° 3 — [justificatif de domicile récent — durée exigée par la liste officielle de la préfecture]</w:t>
      </w:r>
      <w:r>
        <w:rPr>
          <w:rFonts w:ascii="Calibri" w:hAnsi="Calibri" w:eastAsia="Calibri"/>
          <w:sz w:val="22"/>
        </w:rPr>
      </w:r>
      <w:r>
        <w:rPr>
          <w:rFonts w:ascii="Calibri" w:hAnsi="Calibri" w:eastAsia="Calibri"/>
          <w:sz w:val="22"/>
          <w:highlight w:val="yellow"/>
        </w:rPr>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4 — </w:t>
      </w:r>
      <w:r>
        <w:rPr>
          <w:rFonts w:ascii="Calibri" w:hAnsi="Calibri" w:eastAsia="Calibri"/>
          <w:sz w:val="22"/>
          <w:highlight w:val="yellow"/>
        </w:rPr>
        <w:t>[photographies d’identité aux normes / timbre fiscal, si requis]</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5 et suivantes — </w:t>
      </w:r>
      <w:r>
        <w:rPr>
          <w:rFonts w:ascii="Calibri" w:hAnsi="Calibri" w:eastAsia="Calibri"/>
          <w:sz w:val="22"/>
          <w:highlight w:val="yellow"/>
        </w:rPr>
        <w:t>[pièces propres au titre demandé : acte de mariage, actes de naissance des enfants, certificats de scolarité, contrat de travail, bulletins de paie, avis d’imposition…]</w:t>
      </w:r>
    </w:p>
    <w:p>
      <w:r>
        <w:br w:type="page"/>
      </w:r>
    </w:p>
    <w:p>
      <w:pPr>
        <w:spacing w:after="80" w:before="0"/>
      </w:pPr>
      <w:r>
        <w:rPr>
          <w:rFonts w:ascii="Calibri" w:hAnsi="Calibri" w:eastAsia="Calibri"/>
          <w:b/>
          <w:sz w:val="26"/>
        </w:rPr>
        <w:t>Notes pratiques — à supprimer avant envoi</w:t>
      </w:r>
    </w:p>
    <w:p>
      <w:pPr>
        <w:spacing w:after="120"/>
      </w:pPr>
    </w:p>
    <w:p>
      <w:pPr>
        <w:spacing w:after="100" w:before="0"/>
        <w:jc w:val="both"/>
      </w:pPr>
      <w:r>
        <w:rPr>
          <w:rFonts w:ascii="Calibri" w:hAnsi="Calibri" w:eastAsia="Calibri"/>
          <w:color w:val="374151"/>
          <w:sz w:val="20"/>
        </w:rPr>
        <w:t>• De nombreuses demandes de titre de séjour doivent désormais être déposées en ligne, sur l’administration numérique pour les étrangers en France (ANEF). Vérifiez sur le site de votre préfecture la procédure applicable à votre titre : ce courrier s’utilise alors comme note explicative jointe au dossier, ou lors d’un dépôt sur rendez-vous.</w:t>
      </w:r>
    </w:p>
    <w:p>
      <w:pPr>
        <w:spacing w:after="100" w:before="0"/>
        <w:jc w:val="both"/>
      </w:pPr>
      <w:r>
        <w:rPr>
          <w:rFonts w:ascii="Calibri" w:hAnsi="Calibri" w:eastAsia="Calibri"/>
          <w:color w:val="374151"/>
          <w:sz w:val="20"/>
        </w:rPr>
        <w:t>• La liste des pièces exigées dépend du titre demandé : consultez la liste officielle publiée par la préfecture ou sur le site service-public.fr, et fournissez des copies (gardez les originaux pour le rendez-vous).</w:t>
      </w:r>
    </w:p>
    <w:p>
      <w:pPr>
        <w:spacing w:after="100" w:before="0"/>
        <w:jc w:val="both"/>
      </w:pPr>
      <w:r>
        <w:rPr>
          <w:rFonts w:ascii="Calibri" w:hAnsi="Calibri" w:eastAsia="Calibri"/>
          <w:color w:val="374151"/>
          <w:sz w:val="20"/>
        </w:rPr>
        <w:t>• Pour un renouvellement, déposez votre demande dans les délais indiqués par la préfecture, avant l’expiration de votre titre : une demande tardive peut avoir des conséquences sur votre droit au séjour et sur vos droits sociaux.</w:t>
      </w:r>
    </w:p>
    <w:p>
      <w:pPr>
        <w:spacing w:after="100" w:before="0"/>
        <w:jc w:val="both"/>
      </w:pPr>
      <w:r>
        <w:rPr>
          <w:rFonts w:ascii="Calibri" w:hAnsi="Calibri" w:eastAsia="Calibri"/>
          <w:color w:val="374151"/>
          <w:sz w:val="20"/>
        </w:rPr>
        <w:t>• En principe, pour de nombreuses demandes de titre de séjour, l’absence de réponse de la préfecture pendant quatre mois vaut décision implicite de rejet : vérifiez toutefois le délai applicable à votre type de demande. Conservez la preuve de dépôt. Un modèle de courrier de suivi de dossier est disponible sur la même page.</w:t>
      </w:r>
    </w:p>
    <w:p>
      <w:pPr>
        <w:spacing w:after="100" w:before="0"/>
        <w:jc w:val="both"/>
      </w:pPr>
      <w:r>
        <w:rPr>
          <w:rFonts w:ascii="Calibri" w:hAnsi="Calibri" w:eastAsia="Calibri"/>
          <w:color w:val="374151"/>
          <w:sz w:val="20"/>
        </w:rPr>
        <w:t>• Ne citez un article du CESEDA que si vous êtes certain(e) qu’il correspond à votre situation : une erreur de fondement peut conduire la préfecture à examiner la mauvaise demande.</w:t>
      </w:r>
    </w:p>
    <w:p>
      <w:pPr>
        <w:spacing w:after="100" w:before="0"/>
        <w:jc w:val="both"/>
      </w:pPr>
      <w:r>
        <w:rPr>
          <w:rFonts w:ascii="Calibri" w:hAnsi="Calibri" w:eastAsia="Calibri"/>
          <w:color w:val="374151"/>
          <w:sz w:val="20"/>
        </w:rPr>
        <w:t>• Si votre situation est complexe (séjour irrégulier, précédent refus, OQTF antérieure, état de santé), faites-vous conseiller avant le dépôt.</w:t>
      </w:r>
    </w:p>
    <w:p>
      <w:pPr>
        <w:spacing w:after="100" w:before="0"/>
        <w:jc w:val="both"/>
      </w:pPr>
      <w:r>
        <w:rPr>
          <w:rFonts w:ascii="Calibri" w:hAnsi="Calibri" w:eastAsia="Calibri"/>
          <w:color w:val="374151"/>
          <w:sz w:val="20"/>
        </w:rPr>
        <w:t>• Supprimez l’en-tête « Modèle fourni à titre informatif… », les surlignages et la présente page avant d’envoyer le courrier. Conservez une copie du courrier, la preuve de dépôt et l’avis de réception.</w:t>
      </w:r>
    </w:p>
    <w:p>
      <w:pPr>
        <w:spacing w:after="100" w:before="0"/>
        <w:jc w:val="both"/>
      </w:pPr>
      <w:r>
        <w:rPr>
          <w:rFonts w:ascii="Calibri" w:hAnsi="Calibri" w:eastAsia="Calibri"/>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d’accompagnement — première demande de titre de séjour</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