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before="0"/>
      </w:pPr>
      <w:r>
        <w:rPr>
          <w:rFonts w:ascii="Calibri" w:hAnsi="Calibri" w:eastAsia="Calibri"/>
          <w:b/>
          <w:sz w:val="19"/>
          <w:highlight w:val="yellow"/>
        </w:rPr>
        <w:t>[Variante A — dirigeant personne physique. Pour une personne morale désignée Président de SAS ou de SASU, ou gérante de SCI, utilisez la variante B (page suivante). Conservez une seule variante.]</w:t>
      </w:r>
    </w:p>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80"/>
      </w:pPr>
    </w:p>
    <w:p>
      <w:pPr>
        <w:spacing w:after="0" w:before="0"/>
        <w:ind w:left="5102"/>
      </w:pPr>
      <w:r>
        <w:rPr>
          <w:rFonts w:ascii="Calibri" w:hAnsi="Calibri" w:eastAsia="Calibri"/>
          <w:b/>
          <w:sz w:val="22"/>
          <w:highlight w:val="yellow"/>
        </w:rPr>
        <w:t>[DÉNOMINATION]</w:t>
      </w:r>
      <w:r>
        <w:rPr>
          <w:rFonts w:ascii="Calibri" w:hAnsi="Calibri" w:eastAsia="Calibri"/>
          <w:b/>
          <w:sz w:val="22"/>
        </w:rPr>
        <w:t xml:space="preserve"> </w:t>
      </w:r>
      <w:r>
        <w:rPr>
          <w:rFonts w:ascii="Calibri" w:hAnsi="Calibri" w:eastAsia="Calibri"/>
          <w:b/>
          <w:sz w:val="22"/>
          <w:highlight w:val="yellow"/>
        </w:rPr>
        <w:t>[(en formation)]</w:t>
      </w:r>
    </w:p>
    <w:p>
      <w:pPr>
        <w:spacing w:after="0" w:before="0"/>
        <w:ind w:left="5102"/>
      </w:pPr>
      <w:r>
        <w:rPr>
          <w:rFonts w:ascii="Calibri" w:hAnsi="Calibri" w:eastAsia="Calibri"/>
          <w:sz w:val="22"/>
        </w:rPr>
        <w:t xml:space="preserve">À l’attention de </w:t>
      </w:r>
      <w:r>
        <w:rPr>
          <w:rFonts w:ascii="Calibri" w:hAnsi="Calibri" w:eastAsia="Calibri"/>
          <w:sz w:val="22"/>
          <w:highlight w:val="yellow"/>
        </w:rPr>
        <w:t>[l’associé unique / la collectivité des associés / les associés fondateurs]</w:t>
      </w:r>
    </w:p>
    <w:p>
      <w:pPr>
        <w:spacing w:after="0" w:before="0"/>
        <w:ind w:left="5102"/>
      </w:pPr>
      <w:r>
        <w:rPr>
          <w:rFonts w:ascii="Calibri" w:hAnsi="Calibri" w:eastAsia="Calibri"/>
          <w:sz w:val="22"/>
          <w:highlight w:val="yellow"/>
        </w:rPr>
        <w:t>[Adresse du siège]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highlight w:val="yellow"/>
        </w:rPr>
        <w:t>[Remise en main propre contre décharge / Lettre recommandée avec avis de réception]</w:t>
      </w:r>
    </w:p>
    <w:p>
      <w:pPr>
        <w:spacing w:after="240" w:before="0"/>
      </w:pPr>
      <w:r>
        <w:rPr>
          <w:rFonts w:ascii="Calibri" w:hAnsi="Calibri" w:eastAsia="Calibri"/>
          <w:b/>
          <w:sz w:val="22"/>
        </w:rPr>
        <w:t xml:space="preserve">Objet : acceptation des fonctions de </w:t>
      </w:r>
      <w:r>
        <w:rPr>
          <w:rFonts w:ascii="Calibri" w:hAnsi="Calibri" w:eastAsia="Calibri"/>
          <w:b/>
          <w:sz w:val="22"/>
          <w:highlight w:val="yellow"/>
        </w:rPr>
        <w:t>[Président / directeur général / gérant / cogérant]</w:t>
      </w:r>
      <w:r>
        <w:rPr>
          <w:rFonts w:ascii="Calibri" w:hAnsi="Calibri" w:eastAsia="Calibri"/>
          <w:b/>
          <w:sz w:val="22"/>
        </w:rPr>
        <w:t xml:space="preserve"> de la société </w:t>
      </w:r>
      <w:r>
        <w:rPr>
          <w:rFonts w:ascii="Calibri" w:hAnsi="Calibri" w:eastAsia="Calibri"/>
          <w:b/>
          <w:sz w:val="22"/>
          <w:highlight w:val="yellow"/>
        </w:rPr>
        <w:t>[DÉNOMINATION]</w:t>
      </w:r>
    </w:p>
    <w:p>
      <w:pPr>
        <w:spacing w:after="160" w:before="0"/>
      </w:pPr>
      <w:r>
        <w:rPr>
          <w:rFonts w:ascii="Calibri" w:hAnsi="Calibri" w:eastAsia="Calibri"/>
          <w:sz w:val="22"/>
        </w:rPr>
        <w:t>Madame, Monsieur,</w:t>
      </w:r>
    </w:p>
    <w:p>
      <w:pPr>
        <w:spacing w:after="120" w:before="0"/>
        <w:jc w:val="both"/>
      </w:pPr>
      <w:r>
        <w:rPr>
          <w:rFonts w:ascii="Calibri" w:hAnsi="Calibri" w:eastAsia="Calibri"/>
          <w:sz w:val="22"/>
        </w:rPr>
        <w:t xml:space="preserve">Par </w:t>
      </w:r>
      <w:r>
        <w:rPr>
          <w:rFonts w:ascii="Calibri" w:hAnsi="Calibri" w:eastAsia="Calibri"/>
          <w:sz w:val="22"/>
          <w:highlight w:val="yellow"/>
        </w:rPr>
        <w:t>[l’article … des statuts signés le … / la décision collective des associés du … / la décision de l’associé unique du …]</w:t>
      </w:r>
      <w:r>
        <w:rPr>
          <w:rFonts w:ascii="Calibri" w:hAnsi="Calibri" w:eastAsia="Calibri"/>
          <w:sz w:val="22"/>
        </w:rPr>
        <w:t xml:space="preserve">, j’ai été désigné(e) en qualité de </w:t>
      </w:r>
      <w:r>
        <w:rPr>
          <w:rFonts w:ascii="Calibri" w:hAnsi="Calibri" w:eastAsia="Calibri"/>
          <w:sz w:val="22"/>
          <w:highlight w:val="yellow"/>
        </w:rPr>
        <w:t>[Président / directeur général / gérant / cogérant]</w:t>
      </w:r>
      <w:r>
        <w:rPr>
          <w:rFonts w:ascii="Calibri" w:hAnsi="Calibri" w:eastAsia="Calibri"/>
          <w:sz w:val="22"/>
        </w:rPr>
        <w:t xml:space="preserve"> de la société </w:t>
      </w:r>
      <w:r>
        <w:rPr>
          <w:rFonts w:ascii="Calibri" w:hAnsi="Calibri" w:eastAsia="Calibri"/>
          <w:sz w:val="22"/>
          <w:highlight w:val="yellow"/>
        </w:rPr>
        <w:t>[DÉNOMINATION]</w:t>
      </w:r>
      <w:r>
        <w:rPr>
          <w:rFonts w:ascii="Calibri" w:hAnsi="Calibri" w:eastAsia="Calibri"/>
          <w:sz w:val="22"/>
        </w:rPr>
        <w:t xml:space="preserve">, </w:t>
      </w:r>
      <w:r>
        <w:rPr>
          <w:rFonts w:ascii="Calibri" w:hAnsi="Calibri" w:eastAsia="Calibri"/>
          <w:sz w:val="22"/>
          <w:highlight w:val="yellow"/>
        </w:rPr>
        <w:t>[forme]</w:t>
      </w:r>
      <w:r>
        <w:rPr>
          <w:rFonts w:ascii="Calibri" w:hAnsi="Calibri" w:eastAsia="Calibri"/>
          <w:sz w:val="22"/>
        </w:rPr>
        <w:t xml:space="preserve"> </w:t>
      </w:r>
      <w:r>
        <w:rPr>
          <w:rFonts w:ascii="Calibri" w:hAnsi="Calibri" w:eastAsia="Calibri"/>
          <w:sz w:val="22"/>
          <w:highlight w:val="yellow"/>
        </w:rPr>
        <w:t>[en cours de formation]</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dont le siège </w:t>
      </w:r>
      <w:r>
        <w:rPr>
          <w:rFonts w:ascii="Calibri" w:hAnsi="Calibri" w:eastAsia="Calibri"/>
          <w:sz w:val="22"/>
          <w:highlight w:val="yellow"/>
        </w:rPr>
        <w:t>[est / sera]</w:t>
      </w:r>
      <w:r>
        <w:rPr>
          <w:rFonts w:ascii="Calibri" w:hAnsi="Calibri" w:eastAsia="Calibri"/>
          <w:sz w:val="22"/>
        </w:rPr>
        <w:t xml:space="preserve"> situé </w:t>
      </w:r>
      <w:r>
        <w:rPr>
          <w:rFonts w:ascii="Calibri" w:hAnsi="Calibri" w:eastAsia="Calibri"/>
          <w:sz w:val="22"/>
          <w:highlight w:val="yellow"/>
        </w:rPr>
        <w:t>[adresse]</w:t>
      </w:r>
      <w:r>
        <w:rPr>
          <w:rFonts w:ascii="Calibri" w:hAnsi="Calibri" w:eastAsia="Calibri"/>
          <w:sz w:val="22"/>
        </w:rPr>
        <w:t xml:space="preserve">, pour une durée </w:t>
      </w:r>
      <w:r>
        <w:rPr>
          <w:rFonts w:ascii="Calibri" w:hAnsi="Calibri" w:eastAsia="Calibri"/>
          <w:sz w:val="22"/>
          <w:highlight w:val="yellow"/>
        </w:rPr>
        <w:t>[indéterminée / de … ans / expirant à l’issue de …]</w:t>
      </w:r>
      <w:r>
        <w:rPr>
          <w:rFonts w:ascii="Calibri" w:hAnsi="Calibri" w:eastAsia="Calibri"/>
          <w:sz w:val="22"/>
        </w:rPr>
        <w:t xml:space="preserve">. Je vous informe que j’accepte ces fonctions </w:t>
      </w:r>
      <w:r>
        <w:rPr>
          <w:rFonts w:ascii="Calibri" w:hAnsi="Calibri" w:eastAsia="Calibri"/>
          <w:sz w:val="22"/>
          <w:highlight w:val="yellow"/>
        </w:rPr>
        <w:t>[à compter de ce jour / à compter du …]</w:t>
      </w:r>
      <w:r>
        <w:rPr>
          <w:rFonts w:ascii="Calibri" w:hAnsi="Calibri" w:eastAsia="Calibri"/>
          <w:sz w:val="22"/>
        </w:rPr>
        <w:t>.</w:t>
      </w:r>
    </w:p>
    <w:p>
      <w:pPr>
        <w:spacing w:after="80" w:before="0"/>
        <w:jc w:val="both"/>
      </w:pPr>
      <w:r>
        <w:rPr>
          <w:rFonts w:ascii="Calibri" w:hAnsi="Calibri" w:eastAsia="Calibri"/>
          <w:sz w:val="22"/>
        </w:rPr>
        <w:t>Je déclare :</w:t>
      </w:r>
    </w:p>
    <w:p>
      <w:pPr>
        <w:spacing w:after="80" w:before="0"/>
        <w:jc w:val="both"/>
      </w:pPr>
      <w:r>
        <w:rPr>
          <w:rFonts w:ascii="Calibri" w:hAnsi="Calibri" w:eastAsia="Calibri"/>
          <w:sz w:val="22"/>
        </w:rPr>
        <w:t xml:space="preserve">– </w:t>
      </w:r>
      <w:r>
        <w:rPr>
          <w:rFonts w:ascii="Calibri" w:hAnsi="Calibri" w:eastAsia="Calibri"/>
          <w:sz w:val="22"/>
        </w:rPr>
        <w:t>n’être frappé(e) d’aucune incompatibilité, ni d’aucune interdiction, déchéance ou mesure m’empêchant de diriger, de gérer, d’administrer ou de contrôler une entreprise ou une personne morale ;</w:t>
      </w:r>
    </w:p>
    <w:p>
      <w:pPr>
        <w:spacing w:after="80" w:before="0"/>
        <w:jc w:val="both"/>
      </w:pPr>
      <w:r>
        <w:rPr>
          <w:rFonts w:ascii="Calibri" w:hAnsi="Calibri" w:eastAsia="Calibri"/>
          <w:sz w:val="22"/>
        </w:rPr>
        <w:t xml:space="preserve">– </w:t>
      </w:r>
      <w:r>
        <w:rPr>
          <w:rFonts w:ascii="Calibri" w:hAnsi="Calibri" w:eastAsia="Calibri"/>
          <w:sz w:val="22"/>
        </w:rPr>
        <w:t>avoir pris connaissance des statuts, et notamment des règles de nomination, de durée, de révocation et, le cas échéant, des limitations de pouvoirs qui me sont applicables ;</w:t>
      </w:r>
    </w:p>
    <w:p>
      <w:pPr>
        <w:spacing w:after="160" w:before="0"/>
        <w:jc w:val="both"/>
      </w:pPr>
      <w:r>
        <w:rPr>
          <w:rFonts w:ascii="Calibri" w:hAnsi="Calibri" w:eastAsia="Calibri"/>
          <w:sz w:val="22"/>
        </w:rPr>
        <w:t xml:space="preserve">– </w:t>
      </w:r>
      <w:r>
        <w:rPr>
          <w:rFonts w:ascii="Calibri" w:hAnsi="Calibri" w:eastAsia="Calibri"/>
          <w:sz w:val="22"/>
        </w:rPr>
        <w:t xml:space="preserve">exercer ces fonctions </w:t>
      </w:r>
      <w:r>
        <w:rPr>
          <w:rFonts w:ascii="Calibri" w:hAnsi="Calibri" w:eastAsia="Calibri"/>
          <w:sz w:val="22"/>
          <w:highlight w:val="yellow"/>
        </w:rPr>
        <w:t>[à titre gratuit / moyennant la rémunération fixée par … du …]</w:t>
      </w:r>
      <w:r>
        <w:rPr>
          <w:rFonts w:ascii="Calibri" w:hAnsi="Calibri" w:eastAsia="Calibri"/>
          <w:sz w:val="22"/>
        </w:rPr>
        <w:t>.</w:t>
      </w:r>
    </w:p>
    <w:p>
      <w:pPr>
        <w:keepNext/>
        <w:keepLines/>
        <w:spacing w:after="240" w:before="0"/>
        <w:jc w:val="both"/>
      </w:pPr>
      <w:r>
        <w:rPr>
          <w:rFonts w:ascii="Calibri" w:hAnsi="Calibri" w:eastAsia="Calibri"/>
          <w:sz w:val="22"/>
        </w:rPr>
        <w:t>Je vous prie d’agréer, Madame, Monsieur, l’expression de mes salutations distinguées.</w:t>
      </w:r>
    </w:p>
    <w:p>
      <w:pPr>
        <w:keepNext/>
        <w:keepLines/>
        <w:spacing w:after="40" w:before="0"/>
        <w:ind w:left="5102"/>
      </w:pPr>
      <w:r>
        <w:rPr>
          <w:rFonts w:ascii="Calibri" w:hAnsi="Calibri" w:eastAsia="Calibri"/>
          <w:sz w:val="22"/>
          <w:highlight w:val="yellow"/>
        </w:rPr>
        <w:t>[Signature précédée de la mention « Bon pour acceptation des fonctions de … »]</w:t>
      </w:r>
    </w:p>
    <w:p>
      <w:pPr>
        <w:keepLines/>
        <w:spacing w:after="240" w:before="0"/>
        <w:ind w:left="5102"/>
      </w:pPr>
      <w:r>
        <w:rPr>
          <w:rFonts w:ascii="Calibri" w:hAnsi="Calibri" w:eastAsia="Calibri"/>
          <w:sz w:val="22"/>
          <w:highlight w:val="yellow"/>
        </w:rPr>
        <w:t>[Prénom NOM]</w:t>
      </w:r>
    </w:p>
    <w:p>
      <w:pPr>
        <w:spacing w:after="40" w:before="0"/>
      </w:pPr>
      <w:r>
        <w:rPr>
          <w:rFonts w:ascii="Calibri" w:hAnsi="Calibri" w:eastAsia="Calibri"/>
          <w:b/>
          <w:sz w:val="22"/>
        </w:rPr>
        <w:t xml:space="preserve">Pièces jointes : </w:t>
      </w:r>
      <w:r>
        <w:rPr>
          <w:rFonts w:ascii="Calibri" w:hAnsi="Calibri" w:eastAsia="Calibri"/>
          <w:sz w:val="22"/>
        </w:rPr>
        <w:t>copie de ma pièce d’identité ; déclaration sur l’honneur de non-condamnation et de filiation.</w:t>
      </w:r>
    </w:p>
    <w:p>
      <w:r>
        <w:br w:type="page"/>
      </w:r>
    </w:p>
    <w:p>
      <w:pPr>
        <w:spacing w:after="200" w:before="0"/>
      </w:pPr>
      <w:r>
        <w:rPr>
          <w:rFonts w:ascii="Calibri" w:hAnsi="Calibri" w:eastAsia="Calibri"/>
          <w:b/>
          <w:sz w:val="19"/>
          <w:highlight w:val="yellow"/>
        </w:rPr>
        <w:t>[Variante B — dirigeant personne morale : Président de SAS ou de SASU, gérant de SCI. Impossible en SARL et en EURL.]</w:t>
      </w:r>
    </w:p>
    <w:p>
      <w:pPr>
        <w:spacing w:after="0" w:before="0"/>
      </w:pPr>
      <w:r>
        <w:rPr>
          <w:rFonts w:ascii="Calibri" w:hAnsi="Calibri" w:eastAsia="Calibri"/>
          <w:b/>
          <w:sz w:val="22"/>
          <w:highlight w:val="yellow"/>
        </w:rPr>
        <w:t>[DÉNOMINATION de la société désignée]</w:t>
      </w:r>
    </w:p>
    <w:p>
      <w:pPr>
        <w:spacing w:after="0" w:before="0"/>
      </w:pPr>
      <w:r>
        <w:rPr>
          <w:rFonts w:ascii="Calibri" w:hAnsi="Calibri" w:eastAsia="Calibri"/>
          <w:sz w:val="22"/>
          <w:highlight w:val="yellow"/>
        </w:rPr>
        <w:t>[forme]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0" w:before="0"/>
      </w:pPr>
      <w:r>
        <w:rPr>
          <w:rFonts w:ascii="Calibri" w:hAnsi="Calibri" w:eastAsia="Calibri"/>
          <w:sz w:val="22"/>
        </w:rPr>
        <w:t xml:space="preserve">Siège : </w:t>
      </w:r>
      <w:r>
        <w:rPr>
          <w:rFonts w:ascii="Calibri" w:hAnsi="Calibri" w:eastAsia="Calibri"/>
          <w:sz w:val="22"/>
          <w:highlight w:val="yellow"/>
        </w:rPr>
        <w:t>[adresse]</w:t>
      </w:r>
    </w:p>
    <w:p>
      <w:pPr>
        <w:spacing w:after="0" w:before="0"/>
      </w:pPr>
      <w:r>
        <w:rPr>
          <w:rFonts w:ascii="Calibri" w:hAnsi="Calibri" w:eastAsia="Calibri"/>
          <w:sz w:val="22"/>
        </w:rPr>
        <w:t xml:space="preserve">RCS </w:t>
      </w:r>
      <w:r>
        <w:rPr>
          <w:rFonts w:ascii="Calibri" w:hAnsi="Calibri" w:eastAsia="Calibri"/>
          <w:sz w:val="22"/>
          <w:highlight w:val="yellow"/>
        </w:rPr>
        <w:t>[ville]</w:t>
      </w:r>
      <w:r>
        <w:rPr>
          <w:rFonts w:ascii="Calibri" w:hAnsi="Calibri" w:eastAsia="Calibri"/>
          <w:sz w:val="22"/>
        </w:rPr>
        <w:t xml:space="preserve"> n° </w:t>
      </w:r>
      <w:r>
        <w:rPr>
          <w:rFonts w:ascii="Calibri" w:hAnsi="Calibri" w:eastAsia="Calibri"/>
          <w:sz w:val="22"/>
          <w:highlight w:val="yellow"/>
        </w:rPr>
        <w:t>[numéro]</w:t>
      </w:r>
    </w:p>
    <w:p>
      <w:pPr>
        <w:spacing w:after="0" w:before="0"/>
      </w:pPr>
      <w:r>
        <w:rPr>
          <w:rFonts w:ascii="Calibri" w:hAnsi="Calibri" w:eastAsia="Calibri"/>
          <w:sz w:val="22"/>
        </w:rPr>
        <w:t xml:space="preserve">Représentée par </w:t>
      </w:r>
      <w:r>
        <w:rPr>
          <w:rFonts w:ascii="Calibri" w:hAnsi="Calibri" w:eastAsia="Calibri"/>
          <w:sz w:val="22"/>
          <w:highlight w:val="yellow"/>
        </w:rPr>
        <w:t>[Prénom NOM, qualité]</w:t>
      </w:r>
    </w:p>
    <w:p>
      <w:pPr>
        <w:spacing w:after="80"/>
      </w:pPr>
    </w:p>
    <w:p>
      <w:pPr>
        <w:spacing w:after="0" w:before="0"/>
        <w:ind w:left="5102"/>
      </w:pPr>
      <w:r>
        <w:rPr>
          <w:rFonts w:ascii="Calibri" w:hAnsi="Calibri" w:eastAsia="Calibri"/>
          <w:b/>
          <w:sz w:val="22"/>
          <w:highlight w:val="yellow"/>
        </w:rPr>
        <w:t>[DÉNOMINATION]</w:t>
      </w:r>
      <w:r>
        <w:rPr>
          <w:rFonts w:ascii="Calibri" w:hAnsi="Calibri" w:eastAsia="Calibri"/>
          <w:b/>
          <w:sz w:val="22"/>
        </w:rPr>
        <w:t xml:space="preserve"> </w:t>
      </w:r>
      <w:r>
        <w:rPr>
          <w:rFonts w:ascii="Calibri" w:hAnsi="Calibri" w:eastAsia="Calibri"/>
          <w:b/>
          <w:sz w:val="22"/>
          <w:highlight w:val="yellow"/>
        </w:rPr>
        <w:t>[(en formation)]</w:t>
      </w:r>
    </w:p>
    <w:p>
      <w:pPr>
        <w:spacing w:after="0" w:before="0"/>
        <w:ind w:left="5102"/>
      </w:pPr>
      <w:r>
        <w:rPr>
          <w:rFonts w:ascii="Calibri" w:hAnsi="Calibri" w:eastAsia="Calibri"/>
          <w:sz w:val="22"/>
        </w:rPr>
        <w:t xml:space="preserve">À l’attention de </w:t>
      </w:r>
      <w:r>
        <w:rPr>
          <w:rFonts w:ascii="Calibri" w:hAnsi="Calibri" w:eastAsia="Calibri"/>
          <w:sz w:val="22"/>
          <w:highlight w:val="yellow"/>
        </w:rPr>
        <w:t>[l’associé unique / la collectivité des associés / les associés fondateurs]</w:t>
      </w:r>
    </w:p>
    <w:p>
      <w:pPr>
        <w:spacing w:after="0" w:before="0"/>
        <w:ind w:left="5102"/>
      </w:pPr>
      <w:r>
        <w:rPr>
          <w:rFonts w:ascii="Calibri" w:hAnsi="Calibri" w:eastAsia="Calibri"/>
          <w:sz w:val="22"/>
          <w:highlight w:val="yellow"/>
        </w:rPr>
        <w:t>[Adresse du siège]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highlight w:val="yellow"/>
        </w:rPr>
        <w:t>[Remise en main propre contre décharge / Lettre recommandée avec avis de réception]</w:t>
      </w:r>
    </w:p>
    <w:p>
      <w:pPr>
        <w:spacing w:after="240" w:before="0"/>
      </w:pPr>
      <w:r>
        <w:rPr>
          <w:rFonts w:ascii="Calibri" w:hAnsi="Calibri" w:eastAsia="Calibri"/>
          <w:b/>
          <w:sz w:val="22"/>
        </w:rPr>
        <w:t xml:space="preserve">Objet : acceptation des fonctions de </w:t>
      </w:r>
      <w:r>
        <w:rPr>
          <w:rFonts w:ascii="Calibri" w:hAnsi="Calibri" w:eastAsia="Calibri"/>
          <w:b/>
          <w:sz w:val="22"/>
          <w:highlight w:val="yellow"/>
        </w:rPr>
        <w:t>[Président / gérant]</w:t>
      </w:r>
      <w:r>
        <w:rPr>
          <w:rFonts w:ascii="Calibri" w:hAnsi="Calibri" w:eastAsia="Calibri"/>
          <w:b/>
          <w:sz w:val="22"/>
        </w:rPr>
        <w:t xml:space="preserve"> de la société </w:t>
      </w:r>
      <w:r>
        <w:rPr>
          <w:rFonts w:ascii="Calibri" w:hAnsi="Calibri" w:eastAsia="Calibri"/>
          <w:b/>
          <w:sz w:val="22"/>
          <w:highlight w:val="yellow"/>
        </w:rPr>
        <w:t>[DÉNOMINATION]</w:t>
      </w:r>
    </w:p>
    <w:p>
      <w:pPr>
        <w:spacing w:after="160" w:before="0"/>
      </w:pPr>
      <w:r>
        <w:rPr>
          <w:rFonts w:ascii="Calibri" w:hAnsi="Calibri" w:eastAsia="Calibri"/>
          <w:sz w:val="22"/>
        </w:rPr>
        <w:t>Madame, Monsieur,</w:t>
      </w:r>
    </w:p>
    <w:p>
      <w:pPr>
        <w:spacing w:after="120" w:before="0"/>
        <w:jc w:val="both"/>
      </w:pPr>
      <w:r>
        <w:rPr>
          <w:rFonts w:ascii="Calibri" w:hAnsi="Calibri" w:eastAsia="Calibri"/>
          <w:sz w:val="22"/>
        </w:rPr>
        <w:t xml:space="preserve">Par </w:t>
      </w:r>
      <w:r>
        <w:rPr>
          <w:rFonts w:ascii="Calibri" w:hAnsi="Calibri" w:eastAsia="Calibri"/>
          <w:sz w:val="22"/>
          <w:highlight w:val="yellow"/>
        </w:rPr>
        <w:t>[l’article … des statuts signés le … / la décision collective des associés du … / la décision de l’associé unique du …]</w:t>
      </w:r>
      <w:r>
        <w:rPr>
          <w:rFonts w:ascii="Calibri" w:hAnsi="Calibri" w:eastAsia="Calibri"/>
          <w:sz w:val="22"/>
        </w:rPr>
        <w:t xml:space="preserve">, la société </w:t>
      </w:r>
      <w:r>
        <w:rPr>
          <w:rFonts w:ascii="Calibri" w:hAnsi="Calibri" w:eastAsia="Calibri"/>
          <w:sz w:val="22"/>
          <w:highlight w:val="yellow"/>
        </w:rPr>
        <w:t>[dénomination de la société désignée]</w:t>
      </w:r>
      <w:r>
        <w:rPr>
          <w:rFonts w:ascii="Calibri" w:hAnsi="Calibri" w:eastAsia="Calibri"/>
          <w:sz w:val="22"/>
        </w:rPr>
        <w:t xml:space="preserve"> a été désignée en qualité de </w:t>
      </w:r>
      <w:r>
        <w:rPr>
          <w:rFonts w:ascii="Calibri" w:hAnsi="Calibri" w:eastAsia="Calibri"/>
          <w:sz w:val="22"/>
          <w:highlight w:val="yellow"/>
        </w:rPr>
        <w:t>[Président / gérant]</w:t>
      </w:r>
      <w:r>
        <w:rPr>
          <w:rFonts w:ascii="Calibri" w:hAnsi="Calibri" w:eastAsia="Calibri"/>
          <w:sz w:val="22"/>
        </w:rPr>
        <w:t xml:space="preserve"> de la société </w:t>
      </w:r>
      <w:r>
        <w:rPr>
          <w:rFonts w:ascii="Calibri" w:hAnsi="Calibri" w:eastAsia="Calibri"/>
          <w:sz w:val="22"/>
          <w:highlight w:val="yellow"/>
        </w:rPr>
        <w:t>[DÉNOMINATION]</w:t>
      </w:r>
      <w:r>
        <w:rPr>
          <w:rFonts w:ascii="Calibri" w:hAnsi="Calibri" w:eastAsia="Calibri"/>
          <w:sz w:val="22"/>
        </w:rPr>
        <w:t xml:space="preserve">, </w:t>
      </w:r>
      <w:r>
        <w:rPr>
          <w:rFonts w:ascii="Calibri" w:hAnsi="Calibri" w:eastAsia="Calibri"/>
          <w:sz w:val="22"/>
          <w:highlight w:val="yellow"/>
        </w:rPr>
        <w:t>[société par actions simplifiée / société par actions simplifiée unipersonnelle / société civile immobilière]</w:t>
      </w:r>
      <w:r>
        <w:rPr>
          <w:rFonts w:ascii="Calibri" w:hAnsi="Calibri" w:eastAsia="Calibri"/>
          <w:sz w:val="22"/>
        </w:rPr>
        <w:t xml:space="preserve"> </w:t>
      </w:r>
      <w:r>
        <w:rPr>
          <w:rFonts w:ascii="Calibri" w:hAnsi="Calibri" w:eastAsia="Calibri"/>
          <w:sz w:val="22"/>
          <w:highlight w:val="yellow"/>
        </w:rPr>
        <w:t>[en cours de formation]</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dont le siège </w:t>
      </w:r>
      <w:r>
        <w:rPr>
          <w:rFonts w:ascii="Calibri" w:hAnsi="Calibri" w:eastAsia="Calibri"/>
          <w:sz w:val="22"/>
          <w:highlight w:val="yellow"/>
        </w:rPr>
        <w:t>[est / sera]</w:t>
      </w:r>
      <w:r>
        <w:rPr>
          <w:rFonts w:ascii="Calibri" w:hAnsi="Calibri" w:eastAsia="Calibri"/>
          <w:sz w:val="22"/>
        </w:rPr>
        <w:t xml:space="preserve"> situé </w:t>
      </w:r>
      <w:r>
        <w:rPr>
          <w:rFonts w:ascii="Calibri" w:hAnsi="Calibri" w:eastAsia="Calibri"/>
          <w:sz w:val="22"/>
          <w:highlight w:val="yellow"/>
        </w:rPr>
        <w:t>[adresse]</w:t>
      </w:r>
      <w:r>
        <w:rPr>
          <w:rFonts w:ascii="Calibri" w:hAnsi="Calibri" w:eastAsia="Calibri"/>
          <w:sz w:val="22"/>
        </w:rPr>
        <w:t xml:space="preserve">, pour une durée </w:t>
      </w:r>
      <w:r>
        <w:rPr>
          <w:rFonts w:ascii="Calibri" w:hAnsi="Calibri" w:eastAsia="Calibri"/>
          <w:sz w:val="22"/>
          <w:highlight w:val="yellow"/>
        </w:rPr>
        <w:t>[indéterminée / de … ans / expirant à l’issue de …]</w:t>
      </w:r>
      <w:r>
        <w:rPr>
          <w:rFonts w:ascii="Calibri" w:hAnsi="Calibri" w:eastAsia="Calibri"/>
          <w:sz w:val="22"/>
        </w:rPr>
        <w:t>.</w:t>
      </w:r>
    </w:p>
    <w:p>
      <w:pPr>
        <w:spacing w:after="120" w:before="0"/>
        <w:jc w:val="both"/>
      </w:pPr>
      <w:r>
        <w:rPr>
          <w:rFonts w:ascii="Calibri" w:hAnsi="Calibri" w:eastAsia="Calibri"/>
          <w:sz w:val="22"/>
        </w:rPr>
        <w:t xml:space="preserve">La société </w:t>
      </w:r>
      <w:r>
        <w:rPr>
          <w:rFonts w:ascii="Calibri" w:hAnsi="Calibri" w:eastAsia="Calibri"/>
          <w:sz w:val="22"/>
          <w:highlight w:val="yellow"/>
        </w:rPr>
        <w:t>[dénomination de la société désignée]</w:t>
      </w:r>
      <w:r>
        <w:rPr>
          <w:rFonts w:ascii="Calibri" w:hAnsi="Calibri" w:eastAsia="Calibri"/>
          <w:sz w:val="22"/>
        </w:rPr>
        <w:t xml:space="preserve">, représentée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[qualité au sein de cette société]</w:t>
      </w:r>
      <w:r>
        <w:rPr>
          <w:rFonts w:ascii="Calibri" w:hAnsi="Calibri" w:eastAsia="Calibri"/>
          <w:sz w:val="22"/>
        </w:rPr>
        <w:t xml:space="preserve">, déclare accepter ces fonctions </w:t>
      </w:r>
      <w:r>
        <w:rPr>
          <w:rFonts w:ascii="Calibri" w:hAnsi="Calibri" w:eastAsia="Calibri"/>
          <w:sz w:val="22"/>
          <w:highlight w:val="yellow"/>
        </w:rPr>
        <w:t>[à compter de ce jour / à compter du …]</w:t>
      </w:r>
      <w:r>
        <w:rPr>
          <w:rFonts w:ascii="Calibri" w:hAnsi="Calibri" w:eastAsia="Calibri"/>
          <w:sz w:val="22"/>
        </w:rPr>
        <w:t xml:space="preserve">. Elle sera représentée dans leur exercice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[qualité]</w:t>
      </w:r>
      <w:r>
        <w:rPr>
          <w:rFonts w:ascii="Calibri" w:hAnsi="Calibri" w:eastAsia="Calibri"/>
          <w:sz w:val="22"/>
        </w:rPr>
        <w:t>, son représentant permanent.</w:t>
      </w:r>
    </w:p>
    <w:p>
      <w:pPr>
        <w:spacing w:after="120" w:before="0"/>
        <w:jc w:val="both"/>
      </w:pPr>
      <w:r>
        <w:rPr>
          <w:rFonts w:ascii="Calibri" w:hAnsi="Calibri" w:eastAsia="Calibri"/>
          <w:sz w:val="22"/>
        </w:rPr>
        <w:t xml:space="preserve">Elle prend acte que ses dirigeants sont soumis aux mêmes conditions et obligations et encourent les mêmes responsabilités civile et pénale que s’ils étaient </w:t>
      </w:r>
      <w:r>
        <w:rPr>
          <w:rFonts w:ascii="Calibri" w:hAnsi="Calibri" w:eastAsia="Calibri"/>
          <w:sz w:val="22"/>
          <w:highlight w:val="yellow"/>
        </w:rPr>
        <w:t>[Président / gérant]</w:t>
      </w:r>
      <w:r>
        <w:rPr>
          <w:rFonts w:ascii="Calibri" w:hAnsi="Calibri" w:eastAsia="Calibri"/>
          <w:sz w:val="22"/>
        </w:rPr>
        <w:t xml:space="preserve"> en leur nom propre, sans préjudice de sa propre responsabilité solidaire </w:t>
      </w:r>
      <w:r>
        <w:rPr>
          <w:rFonts w:ascii="Calibri" w:hAnsi="Calibri" w:eastAsia="Calibri"/>
          <w:sz w:val="22"/>
          <w:highlight w:val="yellow"/>
        </w:rPr>
        <w:t>[(C. com., art. L. 227-7) / (C. civ., art. 1847)]</w:t>
      </w:r>
      <w:r>
        <w:rPr>
          <w:rFonts w:ascii="Calibri" w:hAnsi="Calibri" w:eastAsia="Calibri"/>
          <w:sz w:val="22"/>
        </w:rPr>
        <w:t>.</w:t>
      </w:r>
    </w:p>
    <w:p>
      <w:pPr>
        <w:spacing w:after="80" w:before="0"/>
        <w:jc w:val="both"/>
      </w:pPr>
      <w:r>
        <w:rPr>
          <w:rFonts w:ascii="Calibri" w:hAnsi="Calibri" w:eastAsia="Calibri"/>
          <w:sz w:val="22"/>
        </w:rPr>
        <w:t>Elle déclare :</w:t>
      </w:r>
    </w:p>
    <w:p>
      <w:pPr>
        <w:spacing w:after="80" w:before="0"/>
        <w:jc w:val="both"/>
      </w:pPr>
      <w:r>
        <w:rPr>
          <w:rFonts w:ascii="Calibri" w:hAnsi="Calibri" w:eastAsia="Calibri"/>
          <w:sz w:val="22"/>
        </w:rPr>
        <w:t xml:space="preserve">– </w:t>
      </w:r>
      <w:r>
        <w:rPr>
          <w:rFonts w:ascii="Calibri" w:hAnsi="Calibri" w:eastAsia="Calibri"/>
          <w:sz w:val="22"/>
        </w:rPr>
        <w:t>que son représentant permanent n’est frappé d’aucune incompatibilité, ni d’aucune interdiction, déchéance ou mesure l’empêchant de diriger, de gérer, d’administrer ou de contrôler une entreprise ou une personne morale ;</w:t>
      </w:r>
    </w:p>
    <w:p>
      <w:pPr>
        <w:spacing w:after="80" w:before="0"/>
        <w:jc w:val="both"/>
      </w:pPr>
      <w:r>
        <w:rPr>
          <w:rFonts w:ascii="Calibri" w:hAnsi="Calibri" w:eastAsia="Calibri"/>
          <w:sz w:val="22"/>
        </w:rPr>
        <w:t xml:space="preserve">– </w:t>
      </w:r>
      <w:r>
        <w:rPr>
          <w:rFonts w:ascii="Calibri" w:hAnsi="Calibri" w:eastAsia="Calibri"/>
          <w:sz w:val="22"/>
        </w:rPr>
        <w:t>avoir pris connaissance des statuts, et notamment des règles de nomination, de durée, de révocation et, le cas échéant, des limitations de pouvoirs applicables à ces fonctions ;</w:t>
      </w:r>
    </w:p>
    <w:p>
      <w:pPr>
        <w:spacing w:after="160" w:before="0"/>
        <w:jc w:val="both"/>
      </w:pPr>
      <w:r>
        <w:rPr>
          <w:rFonts w:ascii="Calibri" w:hAnsi="Calibri" w:eastAsia="Calibri"/>
          <w:sz w:val="22"/>
        </w:rPr>
        <w:t xml:space="preserve">– </w:t>
      </w:r>
      <w:r>
        <w:rPr>
          <w:rFonts w:ascii="Calibri" w:hAnsi="Calibri" w:eastAsia="Calibri"/>
          <w:sz w:val="22"/>
        </w:rPr>
        <w:t xml:space="preserve">exercer ces fonctions </w:t>
      </w:r>
      <w:r>
        <w:rPr>
          <w:rFonts w:ascii="Calibri" w:hAnsi="Calibri" w:eastAsia="Calibri"/>
          <w:sz w:val="22"/>
          <w:highlight w:val="yellow"/>
        </w:rPr>
        <w:t>[à titre gratuit / moyennant la rémunération fixée par … du …]</w:t>
      </w:r>
      <w:r>
        <w:rPr>
          <w:rFonts w:ascii="Calibri" w:hAnsi="Calibri" w:eastAsia="Calibri"/>
          <w:sz w:val="22"/>
        </w:rPr>
        <w:t>.</w:t>
      </w:r>
    </w:p>
    <w:p>
      <w:pPr>
        <w:keepNext/>
        <w:keepLines/>
        <w:spacing w:after="240" w:before="0"/>
        <w:jc w:val="both"/>
      </w:pPr>
      <w:r>
        <w:rPr>
          <w:rFonts w:ascii="Calibri" w:hAnsi="Calibri" w:eastAsia="Calibri"/>
          <w:sz w:val="22"/>
        </w:rPr>
        <w:t>Nous vous prions d’agréer, Madame, Monsieur, l’expression de nos salutations distinguées.</w:t>
      </w:r>
    </w:p>
    <w:p>
      <w:pPr>
        <w:keepNext/>
        <w:keepLines/>
        <w:spacing w:after="40" w:before="0"/>
        <w:ind w:left="5102"/>
      </w:pPr>
      <w:r>
        <w:rPr>
          <w:rFonts w:ascii="Calibri" w:hAnsi="Calibri" w:eastAsia="Calibri"/>
          <w:sz w:val="22"/>
        </w:rPr>
        <w:t xml:space="preserve">Pour la société </w:t>
      </w:r>
      <w:r>
        <w:rPr>
          <w:rFonts w:ascii="Calibri" w:hAnsi="Calibri" w:eastAsia="Calibri"/>
          <w:sz w:val="22"/>
          <w:highlight w:val="yellow"/>
        </w:rPr>
        <w:t>[dénomination]</w:t>
      </w:r>
      <w:r>
        <w:rPr>
          <w:rFonts w:ascii="Calibri" w:hAnsi="Calibri" w:eastAsia="Calibri"/>
          <w:sz w:val="22"/>
        </w:rPr>
        <w:t xml:space="preserve"> : </w:t>
      </w:r>
      <w:r>
        <w:rPr>
          <w:rFonts w:ascii="Calibri" w:hAnsi="Calibri" w:eastAsia="Calibri"/>
          <w:sz w:val="22"/>
          <w:highlight w:val="yellow"/>
        </w:rPr>
        <w:t>[signature précédée de la mention « Bon pour acceptation des fonctions de … »]</w:t>
      </w:r>
    </w:p>
    <w:p>
      <w:pPr>
        <w:keepLines/>
        <w:spacing w:after="240" w:before="0"/>
        <w:ind w:left="5102"/>
      </w:pPr>
      <w:r>
        <w:rPr>
          <w:rFonts w:ascii="Calibri" w:hAnsi="Calibri" w:eastAsia="Calibri"/>
          <w:sz w:val="22"/>
          <w:highlight w:val="yellow"/>
        </w:rPr>
        <w:t>[Prénom NOM, qualité]</w:t>
      </w:r>
    </w:p>
    <w:p>
      <w:pPr>
        <w:spacing w:after="40" w:before="0"/>
      </w:pPr>
      <w:r>
        <w:rPr>
          <w:rFonts w:ascii="Calibri" w:hAnsi="Calibri" w:eastAsia="Calibri"/>
          <w:b/>
          <w:sz w:val="22"/>
        </w:rPr>
        <w:t xml:space="preserve">Pièces jointes : </w:t>
      </w:r>
      <w:r>
        <w:rPr>
          <w:rFonts w:ascii="Calibri" w:hAnsi="Calibri" w:eastAsia="Calibri"/>
          <w:sz w:val="22"/>
        </w:rPr>
        <w:t>extrait d’immatriculation de la société désignée datant de moins de trois mois ; copie de la pièce d’identité et déclaration sur l’honneur de non-condamnation et de filiation de son représentant permanent.</w:t>
      </w:r>
    </w:p>
    <w:p>
      <w:pPr>
        <w:pageBreakBefore/>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Ce courrier n’est pas exigé par un texte dans tous les cas : il conserve la preuve de l’acceptation et de sa date, surtout lorsque le dirigeant est nommé par un acte distinct des statuts. Le guichet unique demande l’acte de désignation du dirigeant lorsqu’il n’est pas nommé dans les statuts (entreprendre.service-public.fr, fiche F35934). Lorsqu’il est nommé dans les statuts, l’usage est qu’il les signe en faisant précéder sa signature de la mention « Bon pour acceptation des fonctions de … ».</w:t>
      </w:r>
    </w:p>
    <w:p>
      <w:pPr>
        <w:spacing w:after="100" w:before="0"/>
        <w:jc w:val="both"/>
      </w:pPr>
      <w:r>
        <w:rPr>
          <w:rFonts w:ascii="Calibri" w:hAnsi="Calibri" w:eastAsia="Calibri"/>
          <w:color w:val="374151"/>
          <w:sz w:val="20"/>
        </w:rPr>
        <w:t>• SAS et SASU : le Président est désigné dans les conditions prévues par les statuts (C. com., art. L. 227-6) ; il peut être une personne morale : ses dirigeants sont alors soumis aux mêmes conditions et obligations et encourent les mêmes responsabilités civile et pénale que s’ils étaient Président en leur nom propre, sans préjudice de la responsabilité solidaire de la personne morale qu’ils dirigent (art. L. 227-7). Utilisez alors la variante B. Les statuts peuvent prévoir un ou plusieurs directeurs généraux (art. L. 227-6, al. 3).</w:t>
      </w:r>
    </w:p>
    <w:p>
      <w:pPr>
        <w:spacing w:after="100" w:before="0"/>
        <w:jc w:val="both"/>
      </w:pPr>
      <w:r>
        <w:rPr>
          <w:rFonts w:ascii="Calibri" w:hAnsi="Calibri" w:eastAsia="Calibri"/>
          <w:color w:val="374151"/>
          <w:sz w:val="20"/>
        </w:rPr>
        <w:t>• SARL et EURL : le gérant est obligatoirement une personne physique, associée ou non (C. com., art. L. 223-18) ; il est nommé dans les statuts ou par un acte postérieur et, à défaut de clause, pour la durée de la société.</w:t>
      </w:r>
    </w:p>
    <w:p>
      <w:pPr>
        <w:spacing w:after="100" w:before="0"/>
        <w:jc w:val="both"/>
      </w:pPr>
      <w:r>
        <w:rPr>
          <w:rFonts w:ascii="Calibri" w:hAnsi="Calibri" w:eastAsia="Calibri"/>
          <w:color w:val="374151"/>
          <w:sz w:val="20"/>
        </w:rPr>
        <w:t>• SCI : le gérant, associé ou non, personne physique ou morale, est nommé par les statuts, par un acte distinct ou par décision des associés ; sauf clause contraire, par des associés représentant plus de la moitié des parts (C. civ., art. 1846). Sa nomination doit être publiée (art. 1846-2). Si une personne morale exerce la gérance, ses dirigeants sont soumis aux mêmes conditions et obligations et encourent les mêmes responsabilités, civile et pénale, que s’ils étaient gérants en leur nom propre, sans préjudice de la responsabilité solidaire de la personne morale (art. 1847) : utilisez alors la variante B.</w:t>
      </w:r>
    </w:p>
    <w:p>
      <w:pPr>
        <w:spacing w:after="100" w:before="0"/>
        <w:jc w:val="both"/>
      </w:pPr>
      <w:r>
        <w:rPr>
          <w:rFonts w:ascii="Calibri" w:hAnsi="Calibri" w:eastAsia="Calibri"/>
          <w:color w:val="374151"/>
          <w:sz w:val="20"/>
        </w:rPr>
        <w:t>• Dirigeant personne morale : le guichet unique demande un extrait d’immatriculation de moins de trois mois de la société désignée, ainsi que la copie de la pièce d’identité et l’original de la déclaration de non-condamnation et de filiation de son représentant permanent (fiche F35934).</w:t>
      </w:r>
    </w:p>
    <w:p>
      <w:pPr>
        <w:spacing w:after="100" w:before="0"/>
        <w:jc w:val="both"/>
      </w:pPr>
      <w:r>
        <w:rPr>
          <w:rFonts w:ascii="Calibri" w:hAnsi="Calibri" w:eastAsia="Calibri"/>
          <w:color w:val="374151"/>
          <w:sz w:val="20"/>
        </w:rPr>
        <w:t>• Régime social : le Président et les dirigeants de SAS relèvent du régime général comme assimilés salariés (CSS, art. L. 311-3, 23°) et, sans rémunération, aucune cotisation n’est due (fiche F23844) ; les gérants de SARL le sont aussi lorsqu’ils ne possèdent pas ensemble plus de la moitié du capital, les parts appartenant, en toute propriété ou en usufruit, au conjoint, au partenaire de Pacs et aux enfants mineurs non émancipés d’un gérant étant considérées comme possédées par lui (art. L. 311-3, 11°) ; le gérant majoritaire de SARL et le gérant associé unique d’EURL sont travailleurs indépendants (urssaf.fr ; fiche F38152). Renseignez-vous auprès de l’Urssaf avant de fixer une rémunération.</w:t>
      </w:r>
    </w:p>
    <w:p>
      <w:pPr>
        <w:spacing w:after="100" w:before="0"/>
        <w:jc w:val="both"/>
      </w:pPr>
      <w:r>
        <w:rPr>
          <w:rFonts w:ascii="Calibri" w:hAnsi="Calibri" w:eastAsia="Calibri"/>
          <w:color w:val="374151"/>
          <w:sz w:val="20"/>
        </w:rPr>
        <w:t>• Joignez une copie de la pièce d’identité et la déclaration sur l’honneur de non-condamnation et de filiation : un modèle de déclaration figure sur cette page.</w:t>
      </w:r>
    </w:p>
    <w:p>
      <w:pPr>
        <w:spacing w:after="100" w:before="0"/>
        <w:jc w:val="both"/>
      </w:pPr>
      <w:r>
        <w:rPr>
          <w:rFonts w:ascii="Calibri" w:hAnsi="Calibri" w:eastAsia="Calibri"/>
          <w:color w:val="374151"/>
          <w:sz w:val="20"/>
        </w:rPr>
        <w:t>• Conservez ce courrier avec les statuts et, après l’immatriculation, avec le registre des décisions.</w:t>
      </w:r>
    </w:p>
    <w:p>
      <w:pPr>
        <w:spacing w:after="100" w:before="0"/>
        <w:jc w:val="both"/>
      </w:pPr>
      <w:r>
        <w:rPr>
          <w:rFonts w:ascii="Calibri" w:hAnsi="Calibri" w:eastAsia="Calibri"/>
          <w:color w:val="374151"/>
          <w:sz w:val="20"/>
        </w:rPr>
        <w:t>• Ce modèle est une base de travail : adaptez-le à votre situation, supprimez l’en-tête informatif, les surlignages et la présente page avant utilisation, et faites-le relire par un avocat avant toute signature ou tout dépôt.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d’acceptation des fonctions de dirigeant</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