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Adresse e-mail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Réf. client / compte : </w:t>
      </w:r>
      <w:r>
        <w:rPr>
          <w:rFonts w:ascii="Calibri" w:hAnsi="Calibri" w:eastAsia="Calibri"/>
          <w:sz w:val="22"/>
          <w:highlight w:val="yellow"/>
        </w:rPr>
        <w:t>[si connue]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[Responsable de traitement / DPO / service concerné]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[Organisme — raison sociale]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>Exercice de droits relatifs aux données personnelles (RGPD)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Droit(s) exercé(s) : </w:t>
      </w:r>
      <w:r>
        <w:rPr>
          <w:rFonts w:ascii="Calibri" w:hAnsi="Calibri" w:eastAsia="Calibri"/>
          <w:sz w:val="22"/>
          <w:highlight w:val="yellow"/>
        </w:rPr>
        <w:t>[accès / rectification / effacement / limitation / opposition / portabilité]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  <w:highlight w:val="yellow"/>
        </w:rPr>
        <w:t>[Madame / Monsieur],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suis </w:t>
      </w:r>
      <w:r>
        <w:rPr>
          <w:rFonts w:ascii="Calibri" w:hAnsi="Calibri" w:eastAsia="Calibri"/>
          <w:sz w:val="22"/>
          <w:highlight w:val="yellow"/>
        </w:rPr>
        <w:t>[Prénom NOM]</w:t>
      </w:r>
      <w:r>
        <w:rPr>
          <w:rFonts w:ascii="Calibri" w:hAnsi="Calibri" w:eastAsia="Calibri"/>
          <w:sz w:val="22"/>
        </w:rPr>
        <w:t xml:space="preserve">, né(e)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. Je vous contacte en qualité de personne concernée au sens du règlement (UE) 2016/679 (RGPD).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souhaite exercer le(s) droit(s) suivant(s) : </w:t>
      </w:r>
      <w:r>
        <w:rPr>
          <w:rFonts w:ascii="Calibri" w:hAnsi="Calibri" w:eastAsia="Calibri"/>
          <w:sz w:val="22"/>
          <w:highlight w:val="yellow"/>
        </w:rPr>
        <w:t>[décrire précisément — ex. accès à mes données, effacement, opposition à un traitement de prospection]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Contexte / compte concerné : </w:t>
      </w:r>
      <w:r>
        <w:rPr>
          <w:rFonts w:ascii="Calibri" w:hAnsi="Calibri" w:eastAsia="Calibri"/>
          <w:sz w:val="22"/>
          <w:highlight w:val="yellow"/>
        </w:rPr>
        <w:t>[site, contrat, n° client, adresse e-mail utilisée]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vous demande de traiter ma demande dans les délais prévus par le RGPD et de m’indiquer les suites données. Si vous estimez ne pas pouvoir y faire droit, merci de motiver votre réponse.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Pièce d’identité : </w:t>
      </w:r>
      <w:r>
        <w:rPr>
          <w:rFonts w:ascii="Calibri" w:hAnsi="Calibri" w:eastAsia="Calibri"/>
          <w:sz w:val="22"/>
          <w:highlight w:val="yellow"/>
        </w:rPr>
        <w:t>[jointe / déjà connue / autre moyen d’identification proposé — selon votre procédure]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Copie d’une pièce d’identité si exigée par le responsable de traitement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Tout élément permettant d’identifier mon dossier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Adressez d’abord la demande au responsable de traitement / DPO. La plainte CNIL intervient en principe après une démarche préalable (sauf urgence / absence de réponse).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Ne joignez une pièce d’identité que si elle est nécessaire à l’identification ; masquez les mentions inutiles si possible.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Conservez la preuve d’envoi et la réponse. Voir aussi cnil.fr — droits sur les données.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Exercice des droits RGPD (accès, effacement, opposition…)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