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N° de commande : </w:t>
      </w:r>
      <w:r>
        <w:rPr>
          <w:rFonts w:ascii="Calibri" w:hAnsi="Calibri" w:eastAsia="Calibri"/>
          <w:sz w:val="22"/>
          <w:highlight w:val="yellow"/>
        </w:rPr>
        <w:t>[numéro]</w:t>
      </w:r>
      <w:r>
        <w:rPr>
          <w:rFonts w:ascii="Calibri" w:hAnsi="Calibri" w:eastAsia="Calibri"/>
          <w:sz w:val="22"/>
        </w:rPr>
        <w:t xml:space="preserve"> — Date de commande :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[Dénomination du professionnel / du vendeur]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</w:rPr>
        <w:t xml:space="preserve">Service </w:t>
      </w:r>
      <w:r>
        <w:rPr>
          <w:rFonts w:ascii="Calibri" w:hAnsi="Calibri" w:eastAsia="Calibri"/>
          <w:sz w:val="22"/>
          <w:highlight w:val="yellow"/>
        </w:rPr>
        <w:t>[clients / rétractation / SAV]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 indiquée au contrat ou sur le site — à vérifier]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Exercice du droit de rétractation — demande de remboursement — commande n° </w:t>
      </w:r>
      <w:r>
        <w:rPr>
          <w:rFonts w:ascii="Calibri" w:hAnsi="Calibri" w:eastAsia="Calibri"/>
          <w:b/>
          <w:sz w:val="22"/>
          <w:highlight w:val="yellow"/>
        </w:rPr>
        <w:t>[numéro]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</w:rPr>
        <w:t>Madame, Monsieur,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j’ai conclu avec votre société, </w:t>
      </w:r>
      <w:r>
        <w:rPr>
          <w:rFonts w:ascii="Calibri" w:hAnsi="Calibri" w:eastAsia="Calibri"/>
          <w:sz w:val="22"/>
          <w:highlight w:val="yellow"/>
        </w:rPr>
        <w:t>[à distance / hors établissement : site internet, téléphone, démarchage…]</w:t>
      </w:r>
      <w:r>
        <w:rPr>
          <w:rFonts w:ascii="Calibri" w:hAnsi="Calibri" w:eastAsia="Calibri"/>
          <w:sz w:val="22"/>
        </w:rPr>
        <w:t xml:space="preserve">, un contrat portant sur </w:t>
      </w:r>
      <w:r>
        <w:rPr>
          <w:rFonts w:ascii="Calibri" w:hAnsi="Calibri" w:eastAsia="Calibri"/>
          <w:sz w:val="22"/>
          <w:highlight w:val="yellow"/>
        </w:rPr>
        <w:t>[désignation du bien ou du service]</w:t>
      </w:r>
      <w:r>
        <w:rPr>
          <w:rFonts w:ascii="Calibri" w:hAnsi="Calibri" w:eastAsia="Calibri"/>
          <w:sz w:val="22"/>
        </w:rPr>
        <w:t xml:space="preserve">, pour un montant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€, payé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par </w:t>
      </w:r>
      <w:r>
        <w:rPr>
          <w:rFonts w:ascii="Calibri" w:hAnsi="Calibri" w:eastAsia="Calibri"/>
          <w:sz w:val="22"/>
          <w:highlight w:val="yellow"/>
        </w:rPr>
        <w:t>[carte / virement / autre]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Conformément aux dispositions du code de la consommation relatives aux contrats conclus à distance ou hors établissement, je vous notifie par la présente l’exercice de mon droit de rétractation, dans le délai de quatorze jours.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vous demande de me rembourser l’intégralité des sommes versées, y compris les frais de livraison standard, dans les délais légaux, par </w:t>
      </w:r>
      <w:r>
        <w:rPr>
          <w:rFonts w:ascii="Calibri" w:hAnsi="Calibri" w:eastAsia="Calibri"/>
          <w:sz w:val="22"/>
          <w:highlight w:val="yellow"/>
        </w:rPr>
        <w:t>[virement sur le compte IBAN … / le même moyen de paiement que celui utilisé]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</w:t>
      </w:r>
      <w:r>
        <w:rPr>
          <w:rFonts w:ascii="Calibri" w:hAnsi="Calibri" w:eastAsia="Calibri"/>
          <w:sz w:val="22"/>
          <w:highlight w:val="yellow"/>
        </w:rPr>
        <w:t>[vais renvoyer / joins / tiens à votre disposition]</w:t>
      </w:r>
      <w:r>
        <w:rPr>
          <w:rFonts w:ascii="Calibri" w:hAnsi="Calibri" w:eastAsia="Calibri"/>
          <w:sz w:val="22"/>
        </w:rPr>
        <w:t xml:space="preserve"> le bien selon les modalités indiquées dans vos conditions générales / la notice de rétractation, sans retard excessif et au plus tard dans les quatorze jours suivant la présente.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vous remercie de me confirmer par écrit la bonne réception de cette rétractation et la date prévisionnelle du remboursement.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1 — </w:t>
      </w:r>
      <w:r>
        <w:rPr>
          <w:rFonts w:ascii="Calibri" w:hAnsi="Calibri" w:eastAsia="Calibri"/>
          <w:sz w:val="22"/>
          <w:highlight w:val="yellow"/>
        </w:rPr>
        <w:t>[preuve de commande et de paiement]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2 — </w:t>
      </w:r>
      <w:r>
        <w:rPr>
          <w:rFonts w:ascii="Calibri" w:hAnsi="Calibri" w:eastAsia="Calibri"/>
          <w:sz w:val="22"/>
          <w:highlight w:val="yellow"/>
        </w:rPr>
        <w:t>[bon de livraison / confirmation de commande]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3 — </w:t>
      </w:r>
      <w:r>
        <w:rPr>
          <w:rFonts w:ascii="Calibri" w:hAnsi="Calibri" w:eastAsia="Calibri"/>
          <w:sz w:val="22"/>
          <w:highlight w:val="yellow"/>
        </w:rPr>
        <w:t>[preuve d’expédition du retour, le cas échéant]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envoi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Pour la plupart des contrats conclus à distance ou hors établissement entre un professionnel et un consommateur, le délai de rétractation est de quatorze jours. Il court en principe à compter de la conclusion du contrat pour les prestations de services, et de la réception du bien pour les ventes de marchandises.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Certaines prestations sont exclues du droit de rétractation (biens clairement personnalisés, enregistrements audio/vidéo descellés, certains contenus numériques, voyages à forfait dans des conditions précises, etc.). Vérifiez votre contrat et les exceptions légales avant d’agir.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professionnel doit rembourser dans les quatorze jours suivant la date à laquelle il est informé de la décision de rétractation ; pour les biens, ce remboursement peut être différé jusqu’à récupération des biens ou fourniture d’une preuve d’expédition.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Conservez les preuves d’envoi de la rétractation et du retour du bien. Privilégiez la lettre recommandée avec demande d’avis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Si le professionnel ne répond pas, vous pouvez saisir le médiateur de la consommation indiqué au contrat, puis, le cas échéant, le tribunal compétent.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 modèle ne couvre pas les garanties légales de conformité ou des vices cachés, qui obéissent à d’autres délais et régimes.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remboursement — exercice du droit de rétractation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