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Calibri" w:hAnsi="Calibri" w:eastAsia="Calibri"/>
          <w:b/>
          <w:sz w:val="22"/>
          <w:highlight w:val="yellow"/>
        </w:rPr>
        <w:t>[Prénom NOM]</w:t>
      </w:r>
    </w:p>
    <w:p>
      <w:pPr>
        <w:spacing w:after="0" w:before="0"/>
      </w:pPr>
      <w:r>
        <w:rPr>
          <w:rFonts w:ascii="Calibri" w:hAnsi="Calibri" w:eastAsia="Calibri"/>
          <w:sz w:val="22"/>
          <w:highlight w:val="yellow"/>
        </w:rPr>
        <w:t>[Adresse]</w:t>
      </w:r>
    </w:p>
    <w:p>
      <w:pPr>
        <w:spacing w:after="0" w:before="0"/>
      </w:pPr>
      <w:r>
        <w:rPr>
          <w:rFonts w:ascii="Calibri" w:hAnsi="Calibri" w:eastAsia="Calibri"/>
          <w:sz w:val="22"/>
          <w:highlight w:val="yellow"/>
        </w:rPr>
        <w:t>[Code postal]</w:t>
      </w:r>
      <w:r>
        <w:rPr>
          <w:rFonts w:ascii="Calibri" w:hAnsi="Calibri" w:eastAsia="Calibri"/>
          <w:sz w:val="22"/>
        </w:rPr>
        <w:t xml:space="preserve"> </w:t>
      </w:r>
      <w:r>
        <w:rPr>
          <w:rFonts w:ascii="Calibri" w:hAnsi="Calibri" w:eastAsia="Calibri"/>
          <w:sz w:val="22"/>
          <w:highlight w:val="yellow"/>
        </w:rPr>
        <w:t>[Ville]</w:t>
      </w:r>
    </w:p>
    <w:p>
      <w:pPr>
        <w:spacing w:after="0" w:before="0"/>
      </w:pPr>
      <w:r>
        <w:rPr>
          <w:rFonts w:ascii="Calibri" w:hAnsi="Calibri" w:eastAsia="Calibri"/>
          <w:sz w:val="22"/>
        </w:rPr>
        <w:t xml:space="preserve">Tél. : </w:t>
      </w:r>
      <w:r>
        <w:rPr>
          <w:rFonts w:ascii="Calibri" w:hAnsi="Calibri" w:eastAsia="Calibri"/>
          <w:sz w:val="22"/>
          <w:highlight w:val="yellow"/>
        </w:rPr>
        <w:t>[téléphone]</w:t>
      </w:r>
      <w:r>
        <w:rPr>
          <w:rFonts w:ascii="Calibri" w:hAnsi="Calibri" w:eastAsia="Calibri"/>
          <w:sz w:val="22"/>
        </w:rPr>
        <w:t xml:space="preserve"> — Courriel : </w:t>
      </w:r>
      <w:r>
        <w:rPr>
          <w:rFonts w:ascii="Calibri" w:hAnsi="Calibri" w:eastAsia="Calibri"/>
          <w:sz w:val="22"/>
          <w:highlight w:val="yellow"/>
        </w:rPr>
        <w:t>[adresse électronique]</w:t>
      </w:r>
    </w:p>
    <w:p>
      <w:pPr>
        <w:spacing w:after="0" w:before="0"/>
      </w:pPr>
      <w:r>
        <w:rPr>
          <w:rFonts w:ascii="Calibri" w:hAnsi="Calibri" w:eastAsia="Calibri"/>
          <w:sz w:val="22"/>
        </w:rPr>
        <w:t xml:space="preserve">Salarié(e) — contrat du </w:t>
      </w:r>
      <w:r>
        <w:rPr>
          <w:rFonts w:ascii="Calibri" w:hAnsi="Calibri" w:eastAsia="Calibri"/>
          <w:sz w:val="22"/>
          <w:highlight w:val="yellow"/>
        </w:rPr>
        <w:t>[date]</w:t>
      </w:r>
    </w:p>
    <w:p>
      <w:pPr>
        <w:spacing w:after="80"/>
      </w:pPr>
    </w:p>
    <w:p>
      <w:pPr>
        <w:spacing w:after="0" w:before="0"/>
        <w:ind w:left="5102"/>
      </w:pPr>
      <w:r>
        <w:rPr>
          <w:rFonts w:ascii="Calibri" w:hAnsi="Calibri" w:eastAsia="Calibri"/>
          <w:b/>
          <w:sz w:val="22"/>
          <w:highlight w:val="yellow"/>
        </w:rPr>
        <w:t>[Employeur — raison sociale]</w:t>
      </w:r>
    </w:p>
    <w:p>
      <w:pPr>
        <w:spacing w:after="0" w:before="0"/>
        <w:ind w:left="5102"/>
      </w:pPr>
      <w:r>
        <w:rPr>
          <w:rFonts w:ascii="Calibri" w:hAnsi="Calibri" w:eastAsia="Calibri"/>
          <w:sz w:val="22"/>
          <w:highlight w:val="yellow"/>
        </w:rPr>
        <w:t>[Adresse / service RH]</w:t>
      </w:r>
    </w:p>
    <w:p>
      <w:pPr>
        <w:spacing w:after="80"/>
      </w:pPr>
    </w:p>
    <w:p>
      <w:pPr>
        <w:spacing w:after="240" w:before="0"/>
        <w:ind w:left="5102"/>
      </w:pPr>
      <w:r>
        <w:rPr>
          <w:rFonts w:ascii="Calibri" w:hAnsi="Calibri" w:eastAsia="Calibri"/>
          <w:sz w:val="22"/>
          <w:highlight w:val="yellow"/>
        </w:rPr>
        <w:t>[Ville]</w:t>
      </w:r>
      <w:r>
        <w:rPr>
          <w:rFonts w:ascii="Calibri" w:hAnsi="Calibri" w:eastAsia="Calibri"/>
          <w:sz w:val="22"/>
        </w:rPr>
        <w:t xml:space="preserve">, le </w:t>
      </w:r>
      <w:r>
        <w:rPr>
          <w:rFonts w:ascii="Calibri" w:hAnsi="Calibri" w:eastAsia="Calibri"/>
          <w:sz w:val="22"/>
          <w:highlight w:val="yellow"/>
        </w:rPr>
        <w:t>[date]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>Lettre recommandée avec demande d’avis de réception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 xml:space="preserve">Objet : </w:t>
      </w:r>
      <w:r>
        <w:rPr>
          <w:rFonts w:ascii="Calibri" w:hAnsi="Calibri" w:eastAsia="Calibri"/>
          <w:b/>
          <w:sz w:val="22"/>
        </w:rPr>
        <w:t>Demande de précision / communication des motifs du licenciement</w:t>
      </w:r>
    </w:p>
    <w:p>
      <w:pPr>
        <w:spacing w:after="0" w:before="0"/>
      </w:pPr>
      <w:r>
        <w:rPr>
          <w:rFonts w:ascii="Calibri" w:hAnsi="Calibri" w:eastAsia="Calibri"/>
          <w:sz w:val="22"/>
        </w:rPr>
        <w:t xml:space="preserve">Notification reçue le </w:t>
      </w:r>
      <w:r>
        <w:rPr>
          <w:rFonts w:ascii="Calibri" w:hAnsi="Calibri" w:eastAsia="Calibri"/>
          <w:sz w:val="22"/>
          <w:highlight w:val="yellow"/>
        </w:rPr>
        <w:t>[date]</w:t>
      </w:r>
    </w:p>
    <w:p>
      <w:pPr>
        <w:spacing w:after="80"/>
      </w:pPr>
    </w:p>
    <w:p>
      <w:pPr>
        <w:spacing w:after="160" w:before="0"/>
      </w:pPr>
      <w:r>
        <w:rPr>
          <w:rFonts w:ascii="Calibri" w:hAnsi="Calibri" w:eastAsia="Calibri"/>
          <w:sz w:val="22"/>
          <w:highlight w:val="yellow"/>
        </w:rPr>
        <w:t>[Madame / Monsieur],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Par courrier / remise en main propre du </w:t>
      </w:r>
      <w:r>
        <w:rPr>
          <w:rFonts w:ascii="Calibri" w:hAnsi="Calibri" w:eastAsia="Calibri"/>
          <w:sz w:val="22"/>
          <w:highlight w:val="yellow"/>
        </w:rPr>
        <w:t>[date]</w:t>
      </w:r>
      <w:r>
        <w:rPr>
          <w:rFonts w:ascii="Calibri" w:hAnsi="Calibri" w:eastAsia="Calibri"/>
          <w:sz w:val="22"/>
        </w:rPr>
        <w:t>, vous m’avez notifié mon licenciement.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>Je vous demande de bien vouloir me communiquer / préciser les motifs du licenciement, de manière circonstanciée, afin de me permettre d’en apprécier le bien-fondé et d’exercer le cas échéant les voies de recours utiles.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>Je reste à votre disposition pour tout échange. Merci de me répondre par écrit dans les meilleurs délais.</w:t>
      </w:r>
    </w:p>
    <w:p>
      <w:pPr>
        <w:spacing w:after="360" w:before="0"/>
        <w:jc w:val="both"/>
      </w:pPr>
      <w:r>
        <w:rPr>
          <w:rFonts w:ascii="Calibri" w:hAnsi="Calibri" w:eastAsia="Calibri"/>
          <w:sz w:val="22"/>
        </w:rPr>
        <w:t>Je vous prie d’agréer, Madame, Monsieur, l’expression de mes salutations distinguées.</w:t>
      </w:r>
    </w:p>
    <w:p>
      <w:pPr>
        <w:spacing w:after="0" w:before="0"/>
        <w:ind w:left="5102"/>
      </w:pPr>
      <w:r>
        <w:rPr>
          <w:rFonts w:ascii="Calibri" w:hAnsi="Calibri" w:eastAsia="Calibri"/>
          <w:sz w:val="22"/>
          <w:highlight w:val="yellow"/>
        </w:rPr>
        <w:t>[Signature]</w:t>
      </w:r>
    </w:p>
    <w:p>
      <w:pPr>
        <w:spacing w:after="320" w:before="0"/>
        <w:ind w:left="5102"/>
      </w:pPr>
      <w:r>
        <w:rPr>
          <w:rFonts w:ascii="Calibri" w:hAnsi="Calibri" w:eastAsia="Calibri"/>
          <w:sz w:val="22"/>
          <w:highlight w:val="yellow"/>
        </w:rPr>
        <w:t>[Prénom NOM]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>Pièces jointes :</w:t>
      </w:r>
    </w:p>
    <w:p>
      <w:pPr>
        <w:spacing w:after="20" w:before="0"/>
        <w:ind w:left="510" w:hanging="283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>Copie de la lettre de licenciement / notification</w:t>
      </w:r>
    </w:p>
    <w:p>
      <w:r>
        <w:br w:type="page"/>
      </w:r>
    </w:p>
    <w:p>
      <w:pPr>
        <w:spacing w:after="80" w:before="0"/>
      </w:pPr>
      <w:r>
        <w:rPr>
          <w:rFonts w:ascii="Calibri" w:hAnsi="Calibri" w:eastAsia="Calibri"/>
          <w:b/>
          <w:sz w:val="26"/>
        </w:rPr>
        <w:t>Notes pratiques — à supprimer avant utilisation</w:t>
      </w:r>
    </w:p>
    <w:p>
      <w:pPr>
        <w:spacing w:after="120"/>
      </w:pP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Les délais de contestation devant le conseil de prud’hommes sont stricts : faites vérifier rapidement votre situation par un avocat ou un défenseur syndical.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Ce modèle ne constitue pas une saisine du CPH ; pour saisir le conseil, utilisez le Cerfa / procédure officielle.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Supprimez l’en-tête « Modèle fourni à titre informatif… », les surlignages et la présente page avant d’envoyer le courrier. Conservez une copie du courrier, la preuve de dépôt et l’avis de réception.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En cas de doute sur un délai ou sur la stratégie à adopter, faites relire votre courrier par un avocat.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Calibri" w:hAnsi="Calibri" w:eastAsia="Calibri"/>
        <w:color w:val="9AA5B1"/>
        <w:sz w:val="16"/>
      </w:rPr>
      <w:t>Modèle — Cabinet Gasimov, avocat à Strasbourg · www.avocat-gasimov.fr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rPr>
        <w:rFonts w:ascii="Calibri" w:hAnsi="Calibri" w:eastAsia="Calibri"/>
        <w:i/>
        <w:color w:val="6B7280"/>
        <w:sz w:val="17"/>
      </w:rPr>
      <w:t>Modèle fourni à titre informatif — à adapter à votre situation ; ne remplace pas un conseil personnalisé. Cabinet Gasimov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de précision des motifs du licenciement</dc:title>
  <dc:subject/>
  <dc:creator>Cabinet Gasimov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