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  <w:highlight w:val="yellow"/>
        </w:rPr>
        <w:t>[Dénomination de l’employeur]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</w:rPr>
        <w:t xml:space="preserve">À l’attention de </w:t>
      </w:r>
      <w:r>
        <w:rPr>
          <w:rFonts w:ascii="Calibri" w:hAnsi="Calibri" w:eastAsia="Calibri"/>
          <w:sz w:val="22"/>
          <w:highlight w:val="yellow"/>
        </w:rPr>
        <w:t>[la direction / du service des ressources humaines]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>Demande de remise des documents de fin de contrat</w:t>
      </w:r>
      <w:r>
        <w:rPr>
          <w:rFonts w:ascii="Calibri" w:hAnsi="Calibri" w:eastAsia="Calibri"/>
          <w:b/>
          <w:sz w:val="22"/>
          <w:highlight w:val="yellow"/>
        </w:rPr>
        <w:t>[ — et dénonciation du reçu pour solde de tout compte]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</w:rPr>
        <w:t>Madame, Monsieur,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J’ai été employé(e) par votre société du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au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en qualité de </w:t>
      </w:r>
      <w:r>
        <w:rPr>
          <w:rFonts w:ascii="Calibri" w:hAnsi="Calibri" w:eastAsia="Calibri"/>
          <w:sz w:val="22"/>
          <w:highlight w:val="yellow"/>
        </w:rPr>
        <w:t>[poste]</w:t>
      </w:r>
      <w:r>
        <w:rPr>
          <w:rFonts w:ascii="Calibri" w:hAnsi="Calibri" w:eastAsia="Calibri"/>
          <w:sz w:val="22"/>
        </w:rPr>
        <w:t xml:space="preserve">, dans le cadre d’un contrat </w:t>
      </w:r>
      <w:r>
        <w:rPr>
          <w:rFonts w:ascii="Calibri" w:hAnsi="Calibri" w:eastAsia="Calibri"/>
          <w:sz w:val="22"/>
          <w:highlight w:val="yellow"/>
        </w:rPr>
        <w:t>[à durée indéterminée / à durée déterminée / …]</w:t>
      </w:r>
      <w:r>
        <w:rPr>
          <w:rFonts w:ascii="Calibri" w:hAnsi="Calibri" w:eastAsia="Calibri"/>
          <w:sz w:val="22"/>
        </w:rPr>
        <w:t xml:space="preserve">. Ce contrat a pris fin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à la suite de </w:t>
      </w:r>
      <w:r>
        <w:rPr>
          <w:rFonts w:ascii="Calibri" w:hAnsi="Calibri" w:eastAsia="Calibri"/>
          <w:sz w:val="22"/>
          <w:highlight w:val="yellow"/>
        </w:rPr>
        <w:t>[ma démission / mon licenciement / la rupture conventionnelle / l’arrivée du terme du CDD / …]</w:t>
      </w:r>
      <w:r>
        <w:rPr>
          <w:rFonts w:ascii="Calibri" w:hAnsi="Calibri" w:eastAsia="Calibri"/>
          <w:sz w:val="22"/>
        </w:rPr>
        <w:t>.</w:t>
      </w:r>
    </w:p>
    <w:p>
      <w:pPr>
        <w:spacing w:after="80" w:before="0"/>
        <w:jc w:val="both"/>
      </w:pPr>
      <w:r>
        <w:rPr>
          <w:rFonts w:ascii="Calibri" w:hAnsi="Calibri" w:eastAsia="Calibri"/>
          <w:sz w:val="22"/>
        </w:rPr>
        <w:t xml:space="preserve">À ce jour, </w:t>
      </w:r>
      <w:r>
        <w:rPr>
          <w:rFonts w:ascii="Calibri" w:hAnsi="Calibri" w:eastAsia="Calibri"/>
          <w:sz w:val="22"/>
          <w:highlight w:val="yellow"/>
        </w:rPr>
        <w:t>[malgré ma demande du …,]</w:t>
      </w:r>
      <w:r>
        <w:rPr>
          <w:rFonts w:ascii="Calibri" w:hAnsi="Calibri" w:eastAsia="Calibri"/>
          <w:sz w:val="22"/>
        </w:rPr>
        <w:t xml:space="preserve"> je n’ai pas reçu les documents suivants, que l’employeur doit établir et tenir à la disposition du salarié à la fin du contrat :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le certificat de travail ;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l’attestation employeur destinée à France Travail ;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le reçu pour solde de tout compte et le dernier bulletin de paie ;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  <w:highlight w:val="yellow"/>
        </w:rPr>
        <w:t>[le cas échéant : l’état récapitulatif de l’épargne salariale / autre document]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vous remercie de bien vouloir me les adresser </w:t>
      </w:r>
      <w:r>
        <w:rPr>
          <w:rFonts w:ascii="Calibri" w:hAnsi="Calibri" w:eastAsia="Calibri"/>
          <w:sz w:val="22"/>
          <w:highlight w:val="yellow"/>
        </w:rPr>
        <w:t>[par courrier à l’adresse ci-dessus / par voie électronique à l’adresse …]</w:t>
      </w:r>
      <w:r>
        <w:rPr>
          <w:rFonts w:ascii="Calibri" w:hAnsi="Calibri" w:eastAsia="Calibri"/>
          <w:sz w:val="22"/>
        </w:rPr>
        <w:t xml:space="preserve">, ou de m’indiquer la date à laquelle je pourrai venir les retirer, dans un délai de </w:t>
      </w:r>
      <w:r>
        <w:rPr>
          <w:rFonts w:ascii="Calibri" w:hAnsi="Calibri" w:eastAsia="Calibri"/>
          <w:sz w:val="22"/>
          <w:highlight w:val="yellow"/>
        </w:rPr>
        <w:t>[huit]</w:t>
      </w:r>
      <w:r>
        <w:rPr>
          <w:rFonts w:ascii="Calibri" w:hAnsi="Calibri" w:eastAsia="Calibri"/>
          <w:sz w:val="22"/>
        </w:rPr>
        <w:t xml:space="preserve"> jours à compter de la réception de ce courrier.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L’absence de ces documents me cause un préjudice, notamment pour faire valoir mes droits à l’assurance chômage </w:t>
      </w:r>
      <w:r>
        <w:rPr>
          <w:rFonts w:ascii="Calibri" w:hAnsi="Calibri" w:eastAsia="Calibri"/>
          <w:sz w:val="22"/>
          <w:highlight w:val="yellow"/>
        </w:rPr>
        <w:t>[et pour justifier de mon expérience auprès d’un nouvel employeur]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  <w:highlight w:val="yellow"/>
        </w:rPr>
        <w:t>[Option — dénonciation du reçu pour solde de tout compte]</w:t>
      </w:r>
      <w:r>
        <w:rPr>
          <w:rFonts w:ascii="Calibri" w:hAnsi="Calibri" w:eastAsia="Calibri"/>
          <w:sz w:val="22"/>
        </w:rPr>
        <w:t xml:space="preserve"> J’ai signé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un reçu pour solde de tout compte d’un montant de </w:t>
      </w:r>
      <w:r>
        <w:rPr>
          <w:rFonts w:ascii="Calibri" w:hAnsi="Calibri" w:eastAsia="Calibri"/>
          <w:sz w:val="22"/>
          <w:highlight w:val="yellow"/>
        </w:rPr>
        <w:t>[montant]</w:t>
      </w:r>
      <w:r>
        <w:rPr>
          <w:rFonts w:ascii="Calibri" w:hAnsi="Calibri" w:eastAsia="Calibri"/>
          <w:sz w:val="22"/>
        </w:rPr>
        <w:t xml:space="preserve"> €. Je le dénonce par la présente, en ce qu’il ne tient pas compte des sommes suivantes : </w:t>
      </w:r>
      <w:r>
        <w:rPr>
          <w:rFonts w:ascii="Calibri" w:hAnsi="Calibri" w:eastAsia="Calibri"/>
          <w:sz w:val="22"/>
          <w:highlight w:val="yellow"/>
        </w:rPr>
        <w:t>[heures supplémentaires, indemnité compensatrice de congés payés, prime de …, indemnité de … — préciser]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À défaut de réponse, je me réserve la possibilité de saisir le conseil de prud’hommes compétent, le cas échéant en référé.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Madame, Monsieur, l’expression de mes salutations distinguées.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[copie du contrat de travail ou du dernier bulletin de paie]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[copie de la lettre de rupture ou de la convention de rupture]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envoi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À la fin du contrat, l’employeur doit délivrer un certificat de travail (article L. 1234-19 du code du travail) et l’attestation permettant de faire valoir les droits à l’assurance chômage (article R. 1234-9 du code du travail). Ces documents sont en principe « quérables » : l’employeur doit les tenir à votre disposition, et vous pouvez être invité(e) à venir les retirer.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 reçu pour solde de tout compte peut être dénoncé dans les six mois qui suivent sa signature. Passé ce délai, il devient libératoire pour l’employeur pour les sommes qui y sont mentionnées (article L. 1234-20 du code du travail).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Si vous ne souhaitez pas dénoncer le reçu pour solde de tout compte, supprimez l’option correspondante, y compris dans l’objet.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refus ou de silence, le conseil de prud’hommes peut être saisi, y compris en référé pour obtenir la remise des documents. Les actions relatives aux salaires et à la rupture du contrat sont soumises à des délais de prescription : ne tardez pas.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Employeur — demande des documents de fin de contrat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