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Réf. dossier : </w:t>
      </w:r>
      <w:r>
        <w:rPr>
          <w:rFonts w:ascii="Calibri" w:hAnsi="Calibri" w:eastAsia="Calibri"/>
          <w:sz w:val="22"/>
          <w:highlight w:val="yellow"/>
        </w:rPr>
        <w:t>[numéro / référence indiquée par l’administration]</w:t>
      </w:r>
    </w:p>
    <w:p>
      <w:pPr>
        <w:spacing w:after="80"/>
      </w:pPr>
    </w:p>
    <w:p>
      <w:pPr>
        <w:spacing w:after="0" w:before="0"/>
        <w:ind w:left="5102"/>
      </w:pPr>
      <w:r>
        <w:rPr>
          <w:rFonts w:ascii="Calibri" w:hAnsi="Calibri" w:eastAsia="Calibri"/>
          <w:b/>
          <w:sz w:val="22"/>
          <w:highlight w:val="yellow"/>
        </w:rPr>
        <w:t>[Administration / service auteur de la demande de pièces]</w:t>
      </w:r>
    </w:p>
    <w:p>
      <w:pPr>
        <w:spacing w:after="0" w:before="0"/>
        <w:ind w:left="5102"/>
      </w:pPr>
      <w:r>
        <w:rPr>
          <w:rFonts w:ascii="Calibri" w:hAnsi="Calibri" w:eastAsia="Calibri"/>
          <w:sz w:val="22"/>
          <w:highlight w:val="yellow"/>
        </w:rPr>
        <w:t>[Intitulé du service]</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Demande de délai pour produire des pièces complémentaires — dossier </w:t>
      </w:r>
      <w:r>
        <w:rPr>
          <w:rFonts w:ascii="Calibri" w:hAnsi="Calibri" w:eastAsia="Calibri"/>
          <w:b/>
          <w:sz w:val="22"/>
          <w:highlight w:val="yellow"/>
        </w:rPr>
        <w:t>[référence]</w:t>
      </w:r>
    </w:p>
    <w:p>
      <w:pPr>
        <w:spacing w:after="0" w:before="0"/>
      </w:pPr>
      <w:r>
        <w:rPr>
          <w:rFonts w:ascii="Calibri" w:hAnsi="Calibri" w:eastAsia="Calibri"/>
          <w:sz w:val="22"/>
        </w:rPr>
        <w:t xml:space="preserve">Votre courrier / message du </w:t>
      </w:r>
      <w:r>
        <w:rPr>
          <w:rFonts w:ascii="Calibri" w:hAnsi="Calibri" w:eastAsia="Calibri"/>
          <w:sz w:val="22"/>
          <w:highlight w:val="yellow"/>
        </w:rPr>
        <w:t>[date]</w:t>
      </w:r>
      <w:r>
        <w:rPr>
          <w:rFonts w:ascii="Calibri" w:hAnsi="Calibri" w:eastAsia="Calibri"/>
          <w:sz w:val="22"/>
        </w:rPr>
        <w:t xml:space="preserve"> — délai imparti jusqu’au </w:t>
      </w:r>
      <w:r>
        <w:rPr>
          <w:rFonts w:ascii="Calibri" w:hAnsi="Calibri" w:eastAsia="Calibri"/>
          <w:sz w:val="22"/>
          <w:highlight w:val="yellow"/>
        </w:rPr>
        <w:t>[date]</w:t>
      </w:r>
    </w:p>
    <w:p>
      <w:pPr>
        <w:spacing w:after="80"/>
      </w:pPr>
    </w:p>
    <w:p>
      <w:pPr>
        <w:spacing w:after="160" w:before="0"/>
      </w:pPr>
      <w:r>
        <w:rPr>
          <w:rFonts w:ascii="Calibri" w:hAnsi="Calibri" w:eastAsia="Calibri"/>
          <w:sz w:val="22"/>
          <w:highlight w:val="yellow"/>
        </w:rPr>
        <w:t>[Madame, Monsieur / Madame la Préfète / Monsieur le Préfet / Madame, Monsieur le Directeur — selon le destinataire],</w:t>
      </w:r>
    </w:p>
    <w:p>
      <w:pPr>
        <w:spacing w:after="160" w:before="0"/>
        <w:jc w:val="both"/>
      </w:pPr>
      <w:r>
        <w:rPr>
          <w:rFonts w:ascii="Calibri" w:hAnsi="Calibri" w:eastAsia="Calibri"/>
          <w:sz w:val="22"/>
        </w:rPr>
        <w:t xml:space="preserve">Par </w:t>
      </w:r>
      <w:r>
        <w:rPr>
          <w:rFonts w:ascii="Calibri" w:hAnsi="Calibri" w:eastAsia="Calibri"/>
          <w:sz w:val="22"/>
          <w:highlight w:val="yellow"/>
        </w:rPr>
        <w:t>[courrier / message électronique / notification]</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vous m’avez invité(e) à produire des pièces complémentaires au dossier </w:t>
      </w:r>
      <w:r>
        <w:rPr>
          <w:rFonts w:ascii="Calibri" w:hAnsi="Calibri" w:eastAsia="Calibri"/>
          <w:sz w:val="22"/>
          <w:highlight w:val="yellow"/>
        </w:rPr>
        <w:t>[référence / objet]</w:t>
      </w:r>
      <w:r>
        <w:rPr>
          <w:rFonts w:ascii="Calibri" w:hAnsi="Calibri" w:eastAsia="Calibri"/>
          <w:sz w:val="22"/>
        </w:rPr>
        <w:t xml:space="preserve">, pour le </w:t>
      </w:r>
      <w:r>
        <w:rPr>
          <w:rFonts w:ascii="Calibri" w:hAnsi="Calibri" w:eastAsia="Calibri"/>
          <w:sz w:val="22"/>
          <w:highlight w:val="yellow"/>
        </w:rPr>
        <w:t>[date limite]</w:t>
      </w:r>
      <w:r>
        <w:rPr>
          <w:rFonts w:ascii="Calibri" w:hAnsi="Calibri" w:eastAsia="Calibri"/>
          <w:sz w:val="22"/>
        </w:rPr>
        <w:t>.</w:t>
      </w:r>
    </w:p>
    <w:p>
      <w:pPr>
        <w:spacing w:after="160" w:before="0"/>
        <w:jc w:val="both"/>
      </w:pPr>
      <w:r>
        <w:rPr>
          <w:rFonts w:ascii="Calibri" w:hAnsi="Calibri" w:eastAsia="Calibri"/>
          <w:sz w:val="22"/>
        </w:rPr>
        <w:t xml:space="preserve">Je m’emploie à réunir ces éléments. Toutefois, je ne suis pas en mesure de les produire intégralement dans le délai imparti, pour le motif suivant : </w:t>
      </w:r>
      <w:r>
        <w:rPr>
          <w:rFonts w:ascii="Calibri" w:hAnsi="Calibri" w:eastAsia="Calibri"/>
          <w:sz w:val="22"/>
          <w:highlight w:val="yellow"/>
        </w:rPr>
        <w:t>[motif objectif et daté : attente d’un acte d’état civil auprès des autorités de …, délai de délivrance d’un extrait / d’une traduction assermentée, rendez-vous médical fixé au …, pièce demandée à un tiers le … et non encore reçue, etc.]</w:t>
      </w:r>
      <w:r>
        <w:rPr>
          <w:rFonts w:ascii="Calibri" w:hAnsi="Calibri" w:eastAsia="Calibri"/>
          <w:sz w:val="22"/>
        </w:rPr>
        <w:t>.</w:t>
      </w:r>
    </w:p>
    <w:p>
      <w:pPr>
        <w:spacing w:after="160" w:before="0"/>
        <w:jc w:val="both"/>
      </w:pPr>
      <w:r>
        <w:rPr>
          <w:rFonts w:ascii="Calibri" w:hAnsi="Calibri" w:eastAsia="Calibri"/>
          <w:sz w:val="22"/>
        </w:rPr>
        <w:t xml:space="preserve">En conséquence, je vous serais reconnaissant(e) de bien vouloir m’accorder un délai supplémentaire jusqu’au </w:t>
      </w:r>
      <w:r>
        <w:rPr>
          <w:rFonts w:ascii="Calibri" w:hAnsi="Calibri" w:eastAsia="Calibri"/>
          <w:sz w:val="22"/>
          <w:highlight w:val="yellow"/>
        </w:rPr>
        <w:t>[date proposée — délai raisonnable et justifié]</w:t>
      </w:r>
      <w:r>
        <w:rPr>
          <w:rFonts w:ascii="Calibri" w:hAnsi="Calibri" w:eastAsia="Calibri"/>
          <w:sz w:val="22"/>
        </w:rPr>
        <w:t>, afin de vous adresser l’ensemble des pièces demandées.</w:t>
      </w:r>
    </w:p>
    <w:p>
      <w:pPr>
        <w:spacing w:after="160" w:before="0"/>
        <w:jc w:val="both"/>
      </w:pPr>
      <w:r>
        <w:rPr>
          <w:rFonts w:ascii="Calibri" w:hAnsi="Calibri" w:eastAsia="Calibri"/>
          <w:sz w:val="22"/>
        </w:rPr>
        <w:t xml:space="preserve">Je joins, dès à présent, les pièces déjà en ma possession : </w:t>
      </w:r>
      <w:r>
        <w:rPr>
          <w:rFonts w:ascii="Calibri" w:hAnsi="Calibri" w:eastAsia="Calibri"/>
          <w:sz w:val="22"/>
          <w:highlight w:val="yellow"/>
        </w:rPr>
        <w:t>[énumérer brièvement]</w:t>
      </w:r>
      <w:r>
        <w:rPr>
          <w:rFonts w:ascii="Calibri" w:hAnsi="Calibri" w:eastAsia="Calibri"/>
          <w:sz w:val="22"/>
        </w:rPr>
        <w:t>. Je m’engage à vous transmettre le solde dès que possible, et au plus tard à la date ci-dessus si vous l’acceptez.</w:t>
      </w:r>
    </w:p>
    <w:p>
      <w:pPr>
        <w:spacing w:after="160" w:before="0"/>
        <w:jc w:val="both"/>
      </w:pPr>
      <w:r>
        <w:rPr>
          <w:rFonts w:ascii="Calibri" w:hAnsi="Calibri" w:eastAsia="Calibri"/>
          <w:sz w:val="22"/>
        </w:rPr>
        <w:t>Je vous remercie de me confirmer par écrit l’octroi de ce délai, ou de m’indiquer toute autre modalité utile.</w:t>
      </w:r>
    </w:p>
    <w:p>
      <w:pPr>
        <w:spacing w:after="360" w:before="0"/>
        <w:jc w:val="both"/>
      </w:pPr>
      <w:r>
        <w:rPr>
          <w:rFonts w:ascii="Calibri" w:hAnsi="Calibri" w:eastAsia="Calibri"/>
          <w:sz w:val="22"/>
        </w:rPr>
        <w:t>Je vous prie d’agréer, [Madame, Monsieur / …], l’expression de ma considération distinguée.</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[copie de votre demande de pièces]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[justificatif du motif : récépissé de demande d’acte, convocation, échange avec le tiers…]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et suivantes — </w:t>
      </w:r>
      <w:r>
        <w:rPr>
          <w:rFonts w:ascii="Calibri" w:hAnsi="Calibri" w:eastAsia="Calibri"/>
          <w:sz w:val="22"/>
          <w:highlight w:val="yellow"/>
        </w:rPr>
        <w:t>[pièces déjà disponibles]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Cette demande n’est pas un droit automatique : l’administration peut refuser le délai ou maintenir sa décision. Envoyez-la dès que vous savez que le délai initial ne pourra pas être tenu, de préférence en lettre recommandée avec demande d’avis de réception (ou via le téléservice si le dossier est dématérialisé).</w:t>
      </w:r>
    </w:p>
    <w:p>
      <w:pPr>
        <w:spacing w:after="100" w:before="0"/>
        <w:jc w:val="both"/>
      </w:pPr>
      <w:r>
        <w:rPr>
          <w:rFonts w:ascii="Calibri" w:hAnsi="Calibri" w:eastAsia="Calibri"/>
          <w:color w:val="374151"/>
          <w:sz w:val="20"/>
        </w:rPr>
        <w:t>• Proposez une date précise et réaliste, et joignez un justificatif du retard (sinon la demande paraît dilatoire).</w:t>
      </w:r>
    </w:p>
    <w:p>
      <w:pPr>
        <w:spacing w:after="100" w:before="0"/>
        <w:jc w:val="both"/>
      </w:pPr>
      <w:r>
        <w:rPr>
          <w:rFonts w:ascii="Calibri" w:hAnsi="Calibri" w:eastAsia="Calibri"/>
          <w:color w:val="374151"/>
          <w:sz w:val="20"/>
        </w:rPr>
        <w:t>• Si le silence ou le refus de l’administration fait courir un délai de recours contentieux, notez les dates avec soin. Une demande de délai ne suspend pas, à elle seule, un délai de recours, sauf texte ou décision contraire.</w:t>
      </w:r>
    </w:p>
    <w:p>
      <w:pPr>
        <w:spacing w:after="100" w:before="0"/>
        <w:jc w:val="both"/>
      </w:pPr>
      <w:r>
        <w:rPr>
          <w:rFonts w:ascii="Calibri" w:hAnsi="Calibri" w:eastAsia="Calibri"/>
          <w:color w:val="374151"/>
          <w:sz w:val="20"/>
        </w:rPr>
        <w:t>• Pour un dossier de titre de séjour, d’asile ou de naturalisation, les conséquences d’un dossier incomplet peuvent être graves : faites-vous conseiller si le délai demandé est long ou si des pièces essentielles manquent.</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délai pour produire des pièces complémentaires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