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Calibri" w:hAnsi="Calibri" w:eastAsia="Calibri"/>
          <w:b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Tél. : </w:t>
      </w:r>
      <w:r>
        <w:rPr>
          <w:rFonts w:ascii="Calibri" w:hAnsi="Calibri" w:eastAsia="Calibri"/>
          <w:sz w:val="22"/>
          <w:highlight w:val="yellow"/>
        </w:rPr>
        <w:t>[téléphone]</w:t>
      </w:r>
      <w:r>
        <w:rPr>
          <w:rFonts w:ascii="Calibri" w:hAnsi="Calibri" w:eastAsia="Calibri"/>
          <w:sz w:val="22"/>
        </w:rPr>
        <w:t xml:space="preserve"> — Courriel : </w:t>
      </w:r>
      <w:r>
        <w:rPr>
          <w:rFonts w:ascii="Calibri" w:hAnsi="Calibri" w:eastAsia="Calibri"/>
          <w:sz w:val="22"/>
          <w:highlight w:val="yellow"/>
        </w:rPr>
        <w:t>[adresse électronique]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Né(e) le </w:t>
      </w:r>
      <w:r>
        <w:rPr>
          <w:rFonts w:ascii="Calibri" w:hAnsi="Calibri" w:eastAsia="Calibri"/>
          <w:sz w:val="22"/>
          <w:highlight w:val="yellow"/>
        </w:rPr>
        <w:t>[date]</w:t>
      </w:r>
      <w:r>
        <w:rPr>
          <w:rFonts w:ascii="Calibri" w:hAnsi="Calibri" w:eastAsia="Calibri"/>
          <w:sz w:val="22"/>
        </w:rPr>
        <w:t xml:space="preserve"> à </w:t>
      </w:r>
      <w:r>
        <w:rPr>
          <w:rFonts w:ascii="Calibri" w:hAnsi="Calibri" w:eastAsia="Calibri"/>
          <w:sz w:val="22"/>
          <w:highlight w:val="yellow"/>
        </w:rPr>
        <w:t>[lieu]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N° de sécurité sociale : </w:t>
      </w:r>
      <w:r>
        <w:rPr>
          <w:rFonts w:ascii="Calibri" w:hAnsi="Calibri" w:eastAsia="Calibri"/>
          <w:sz w:val="22"/>
          <w:highlight w:val="yellow"/>
        </w:rPr>
        <w:t>[numéro, facultatif]</w:t>
      </w:r>
    </w:p>
    <w:p>
      <w:pPr>
        <w:spacing w:after="80"/>
      </w:pPr>
    </w:p>
    <w:p>
      <w:pPr>
        <w:spacing w:after="0" w:before="0"/>
        <w:ind w:left="5102"/>
      </w:pPr>
      <w:r>
        <w:rPr>
          <w:rFonts w:ascii="Calibri" w:hAnsi="Calibri" w:eastAsia="Calibri"/>
          <w:b/>
          <w:sz w:val="22"/>
          <w:highlight w:val="yellow"/>
        </w:rPr>
        <w:t>[Établissement de santé / professionnel de santé / laboratoire]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</w:rPr>
        <w:t xml:space="preserve">À l’attention du </w:t>
      </w:r>
      <w:r>
        <w:rPr>
          <w:rFonts w:ascii="Calibri" w:hAnsi="Calibri" w:eastAsia="Calibri"/>
          <w:sz w:val="22"/>
          <w:highlight w:val="yellow"/>
        </w:rPr>
        <w:t>[directeur / médecin responsable / service des archives médicales]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[Adresse]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[Code postal]</w:t>
      </w:r>
      <w:r>
        <w:rPr>
          <w:rFonts w:ascii="Calibri" w:hAnsi="Calibri" w:eastAsia="Calibri"/>
          <w:sz w:val="22"/>
        </w:rPr>
        <w:t xml:space="preserve"> </w:t>
      </w:r>
      <w:r>
        <w:rPr>
          <w:rFonts w:ascii="Calibri" w:hAnsi="Calibri" w:eastAsia="Calibri"/>
          <w:sz w:val="22"/>
          <w:highlight w:val="yellow"/>
        </w:rPr>
        <w:t>[Ville]</w:t>
      </w:r>
    </w:p>
    <w:p>
      <w:pPr>
        <w:spacing w:after="80"/>
      </w:pPr>
    </w:p>
    <w:p>
      <w:pPr>
        <w:spacing w:after="240" w:before="0"/>
        <w:ind w:left="5102"/>
      </w:pPr>
      <w:r>
        <w:rPr>
          <w:rFonts w:ascii="Calibri" w:hAnsi="Calibri" w:eastAsia="Calibri"/>
          <w:sz w:val="22"/>
          <w:highlight w:val="yellow"/>
        </w:rPr>
        <w:t>[Ville]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Lettre recommandée avec demande d’avis de réception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 xml:space="preserve">Objet : </w:t>
      </w:r>
      <w:r>
        <w:rPr>
          <w:rFonts w:ascii="Calibri" w:hAnsi="Calibri" w:eastAsia="Calibri"/>
          <w:b/>
          <w:sz w:val="22"/>
        </w:rPr>
        <w:t>Demande de communication de mon dossier médical — article L. 1111-7 du code de la santé publique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Patient(e) : </w:t>
      </w: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0" w:before="0"/>
      </w:pPr>
      <w:r>
        <w:rPr>
          <w:rFonts w:ascii="Calibri" w:hAnsi="Calibri" w:eastAsia="Calibri"/>
          <w:sz w:val="22"/>
        </w:rPr>
        <w:t xml:space="preserve">Période / service concerné : </w:t>
      </w:r>
      <w:r>
        <w:rPr>
          <w:rFonts w:ascii="Calibri" w:hAnsi="Calibri" w:eastAsia="Calibri"/>
          <w:sz w:val="22"/>
          <w:highlight w:val="yellow"/>
        </w:rPr>
        <w:t>[dates / service / motif d’hospitalisation]</w:t>
      </w:r>
    </w:p>
    <w:p>
      <w:pPr>
        <w:spacing w:after="80"/>
      </w:pPr>
    </w:p>
    <w:p>
      <w:pPr>
        <w:spacing w:after="160" w:before="0"/>
      </w:pPr>
      <w:r>
        <w:rPr>
          <w:rFonts w:ascii="Calibri" w:hAnsi="Calibri" w:eastAsia="Calibri"/>
          <w:sz w:val="22"/>
        </w:rPr>
        <w:t>Madame, Monsieur,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Conformément à l’article L. 1111-7 du code de la santé publique, je vous demande de bien vouloir me communiquer mon dossier médical conservé par votre établissement / votre cabinet, concernant </w:t>
      </w:r>
      <w:r>
        <w:rPr>
          <w:rFonts w:ascii="Calibri" w:hAnsi="Calibri" w:eastAsia="Calibri"/>
          <w:sz w:val="22"/>
          <w:highlight w:val="yellow"/>
        </w:rPr>
        <w:t>[la période du … au … / l’hospitalisation du … / les soins reçus en …]</w:t>
      </w:r>
      <w:r>
        <w:rPr>
          <w:rFonts w:ascii="Calibri" w:hAnsi="Calibri" w:eastAsia="Calibri"/>
          <w:sz w:val="22"/>
        </w:rPr>
        <w:t>.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souhaite obtenir :</w:t>
      </w:r>
    </w:p>
    <w:p>
      <w:pPr>
        <w:spacing w:after="8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</w:rPr>
        <w:t>une copie de l’ensemble des informations de santé me concernant ;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☐ </w:t>
      </w:r>
      <w:r>
        <w:rPr>
          <w:rFonts w:ascii="Calibri" w:hAnsi="Calibri" w:eastAsia="Calibri"/>
          <w:sz w:val="22"/>
          <w:highlight w:val="yellow"/>
        </w:rPr>
        <w:t>[ou :] uniquement les pièces suivantes : compte rendu d’hospitalisation, résultats d’examens, imagerie, courriers… — à préciser]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souhaite recevoir ces éléments </w:t>
      </w:r>
      <w:r>
        <w:rPr>
          <w:rFonts w:ascii="Calibri" w:hAnsi="Calibri" w:eastAsia="Calibri"/>
          <w:sz w:val="22"/>
          <w:highlight w:val="yellow"/>
        </w:rPr>
        <w:t>[par voie postale à l’adresse indiquée en en-tête / par voie électronique sécurisée à l’adresse … / par consultation sur place]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 xml:space="preserve">Je joins une copie de ma pièce d’identité. </w:t>
      </w:r>
      <w:r>
        <w:rPr>
          <w:rFonts w:ascii="Calibri" w:hAnsi="Calibri" w:eastAsia="Calibri"/>
          <w:sz w:val="22"/>
          <w:highlight w:val="yellow"/>
        </w:rPr>
        <w:t>[Le cas échéant, si la demande est faite par un ayant droit ou un représentant : joindre la qualité et les justificatifs.]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</w:rPr>
        <w:t>Je vous remercie de m’indiquer le cas échéant le montant des frais de reproduction, qui doivent rester dans les limites prévues par les textes.</w:t>
      </w:r>
    </w:p>
    <w:p>
      <w:pPr>
        <w:spacing w:after="360" w:before="0"/>
        <w:jc w:val="both"/>
      </w:pPr>
      <w:r>
        <w:rPr>
          <w:rFonts w:ascii="Calibri" w:hAnsi="Calibri" w:eastAsia="Calibri"/>
          <w:sz w:val="22"/>
        </w:rPr>
        <w:t>Je vous prie d’agréer, Madame, Monsieur, l’expression de ma considération distinguée.</w:t>
      </w:r>
    </w:p>
    <w:p>
      <w:pPr>
        <w:spacing w:after="0" w:before="0"/>
        <w:ind w:left="5102"/>
      </w:pPr>
      <w:r>
        <w:rPr>
          <w:rFonts w:ascii="Calibri" w:hAnsi="Calibri" w:eastAsia="Calibri"/>
          <w:sz w:val="22"/>
          <w:highlight w:val="yellow"/>
        </w:rPr>
        <w:t>[Signature]</w:t>
      </w:r>
    </w:p>
    <w:p>
      <w:pPr>
        <w:spacing w:after="320" w:before="0"/>
        <w:ind w:left="5102"/>
      </w:pPr>
      <w:r>
        <w:rPr>
          <w:rFonts w:ascii="Calibri" w:hAnsi="Calibri" w:eastAsia="Calibri"/>
          <w:sz w:val="22"/>
          <w:highlight w:val="yellow"/>
        </w:rPr>
        <w:t>[Prénom NOM]</w:t>
      </w:r>
    </w:p>
    <w:p>
      <w:pPr>
        <w:spacing w:after="40" w:before="0"/>
      </w:pPr>
      <w:r>
        <w:rPr>
          <w:rFonts w:ascii="Calibri" w:hAnsi="Calibri" w:eastAsia="Calibri"/>
          <w:b/>
          <w:sz w:val="22"/>
        </w:rPr>
        <w:t>Pièces jointes :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1 — </w:t>
      </w:r>
      <w:r>
        <w:rPr>
          <w:rFonts w:ascii="Calibri" w:hAnsi="Calibri" w:eastAsia="Calibri"/>
          <w:sz w:val="22"/>
          <w:highlight w:val="yellow"/>
        </w:rPr>
        <w:t>[copie de la pièce d’identité]</w:t>
      </w:r>
    </w:p>
    <w:p>
      <w:pPr>
        <w:spacing w:after="20" w:before="0"/>
        <w:ind w:left="510" w:hanging="283"/>
      </w:pPr>
      <w:r>
        <w:rPr>
          <w:rFonts w:ascii="Calibri" w:hAnsi="Calibri" w:eastAsia="Calibri"/>
          <w:sz w:val="22"/>
        </w:rPr>
        <w:t xml:space="preserve">– </w:t>
      </w:r>
      <w:r>
        <w:rPr>
          <w:rFonts w:ascii="Calibri" w:hAnsi="Calibri" w:eastAsia="Calibri"/>
          <w:sz w:val="22"/>
        </w:rPr>
        <w:t xml:space="preserve">Pièce n° 2 — </w:t>
      </w:r>
      <w:r>
        <w:rPr>
          <w:rFonts w:ascii="Calibri" w:hAnsi="Calibri" w:eastAsia="Calibri"/>
          <w:sz w:val="22"/>
          <w:highlight w:val="yellow"/>
        </w:rPr>
        <w:t>[le cas échéant : justificatif de qualité d’ayant droit / mandat]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envoi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droit d’accès au dossier médical est prévu par l’article L. 1111-7 du code de la santé publique. Les délais de communication et les modalités (consultation sur place, copie) sont précisés par les textes d’application : vérifiez-les sur service-public.fr (dossier médical) au moment de votre demande.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Joignez toujours une pièce d’identité. Si vous agissez pour un tiers (mineur, personne décédée, majeur protégé), les conditions d’accès sont spécifiques : renseignez-vous avant d’envoyer.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Les frais éventuellement demandés concernent la reproduction et l’envoi ; ils ne doivent pas faire obstacle à l’accès. En cas de difficulté, vous pouvez saisir la commission des usagers de l’établissement ou, le cas échéant, la CNIL / le défenseur des droits selon le cas.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Conservez la preuve d’envoi (LRAR recommandée).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Supprimez l’en-tête « Modèle fourni à titre informatif… », les surlignages et la présente page avant d’envoyer le courrier. Conservez une copie du courrier, la preuve de dépôt et l’avis de réception.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cas de doute sur un délai ou sur la stratégie à adopter, faites relire votre courrier par un avocat.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Demande de communication du dossier médical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