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</w:pPr>
      <w:r>
        <w:rPr>
          <w:rFonts w:ascii="Calibri" w:hAnsi="Calibri" w:eastAsia="Calibri"/>
          <w:b/>
          <w:sz w:val="22"/>
          <w:highlight w:val="yellow"/>
        </w:rPr>
        <w:t>[Prénom NOM]</w:t>
      </w:r>
    </w:p>
    <w:p>
      <w:pPr>
        <w:spacing w:after="0" w:before="0"/>
      </w:pPr>
      <w:r>
        <w:rPr>
          <w:rFonts w:ascii="Calibri" w:hAnsi="Calibri" w:eastAsia="Calibri"/>
          <w:sz w:val="22"/>
          <w:highlight w:val="yellow"/>
        </w:rPr>
        <w:t>[Adresse]</w:t>
      </w:r>
    </w:p>
    <w:p>
      <w:pPr>
        <w:spacing w:after="0" w:before="0"/>
      </w:pPr>
      <w:r>
        <w:rPr>
          <w:rFonts w:ascii="Calibri" w:hAnsi="Calibri" w:eastAsia="Calibri"/>
          <w:sz w:val="22"/>
          <w:highlight w:val="yellow"/>
        </w:rPr>
        <w:t>[Code postal]</w:t>
      </w:r>
      <w:r>
        <w:rPr>
          <w:rFonts w:ascii="Calibri" w:hAnsi="Calibri" w:eastAsia="Calibri"/>
          <w:sz w:val="22"/>
        </w:rPr>
        <w:t xml:space="preserve"> </w:t>
      </w:r>
      <w:r>
        <w:rPr>
          <w:rFonts w:ascii="Calibri" w:hAnsi="Calibri" w:eastAsia="Calibri"/>
          <w:sz w:val="22"/>
          <w:highlight w:val="yellow"/>
        </w:rPr>
        <w:t>[Ville]</w:t>
      </w:r>
    </w:p>
    <w:p>
      <w:pPr>
        <w:spacing w:after="0" w:before="0"/>
      </w:pPr>
      <w:r>
        <w:rPr>
          <w:rFonts w:ascii="Calibri" w:hAnsi="Calibri" w:eastAsia="Calibri"/>
          <w:sz w:val="22"/>
        </w:rPr>
        <w:t xml:space="preserve">Tél. : </w:t>
      </w:r>
      <w:r>
        <w:rPr>
          <w:rFonts w:ascii="Calibri" w:hAnsi="Calibri" w:eastAsia="Calibri"/>
          <w:sz w:val="22"/>
          <w:highlight w:val="yellow"/>
        </w:rPr>
        <w:t>[téléphone]</w:t>
      </w:r>
      <w:r>
        <w:rPr>
          <w:rFonts w:ascii="Calibri" w:hAnsi="Calibri" w:eastAsia="Calibri"/>
          <w:sz w:val="22"/>
        </w:rPr>
        <w:t xml:space="preserve"> — Courriel : </w:t>
      </w:r>
      <w:r>
        <w:rPr>
          <w:rFonts w:ascii="Calibri" w:hAnsi="Calibri" w:eastAsia="Calibri"/>
          <w:sz w:val="22"/>
          <w:highlight w:val="yellow"/>
        </w:rPr>
        <w:t>[adresse électronique]</w:t>
      </w:r>
    </w:p>
    <w:p>
      <w:pPr>
        <w:spacing w:after="0" w:before="0"/>
      </w:pPr>
      <w:r>
        <w:rPr>
          <w:rFonts w:ascii="Calibri" w:hAnsi="Calibri" w:eastAsia="Calibri"/>
          <w:sz w:val="22"/>
        </w:rPr>
        <w:t xml:space="preserve">N° étranger (AGDREF) : </w:t>
      </w:r>
      <w:r>
        <w:rPr>
          <w:rFonts w:ascii="Calibri" w:hAnsi="Calibri" w:eastAsia="Calibri"/>
          <w:sz w:val="22"/>
          <w:highlight w:val="yellow"/>
        </w:rPr>
        <w:t>[numéro]</w:t>
      </w:r>
    </w:p>
    <w:p>
      <w:pPr>
        <w:spacing w:after="0" w:before="0"/>
      </w:pPr>
      <w:r>
        <w:rPr>
          <w:rFonts w:ascii="Calibri" w:hAnsi="Calibri" w:eastAsia="Calibri"/>
          <w:sz w:val="22"/>
        </w:rPr>
        <w:t xml:space="preserve">Réf. dépôt : </w:t>
      </w:r>
      <w:r>
        <w:rPr>
          <w:rFonts w:ascii="Calibri" w:hAnsi="Calibri" w:eastAsia="Calibri"/>
          <w:sz w:val="22"/>
          <w:highlight w:val="yellow"/>
        </w:rPr>
        <w:t>[ANEF / préfecture / date]</w:t>
      </w:r>
    </w:p>
    <w:p>
      <w:pPr>
        <w:spacing w:after="80"/>
      </w:pPr>
    </w:p>
    <w:p>
      <w:pPr>
        <w:spacing w:after="0" w:before="0"/>
        <w:ind w:left="5102"/>
      </w:pPr>
      <w:r>
        <w:rPr>
          <w:rFonts w:ascii="Calibri" w:hAnsi="Calibri" w:eastAsia="Calibri"/>
          <w:b/>
          <w:sz w:val="22"/>
        </w:rPr>
        <w:t xml:space="preserve">Préfecture de </w:t>
      </w:r>
      <w:r>
        <w:rPr>
          <w:rFonts w:ascii="Calibri" w:hAnsi="Calibri" w:eastAsia="Calibri"/>
          <w:b/>
          <w:sz w:val="22"/>
          <w:highlight w:val="yellow"/>
        </w:rPr>
        <w:t>[département]</w:t>
      </w:r>
    </w:p>
    <w:p>
      <w:pPr>
        <w:spacing w:after="0" w:before="0"/>
        <w:ind w:left="5102"/>
      </w:pPr>
      <w:r>
        <w:rPr>
          <w:rFonts w:ascii="Calibri" w:hAnsi="Calibri" w:eastAsia="Calibri"/>
          <w:sz w:val="22"/>
          <w:highlight w:val="yellow"/>
        </w:rPr>
        <w:t>[Service du séjour des étrangers / naturalisation]</w:t>
      </w:r>
    </w:p>
    <w:p>
      <w:pPr>
        <w:spacing w:after="80"/>
      </w:pPr>
    </w:p>
    <w:p>
      <w:pPr>
        <w:spacing w:after="240" w:before="0"/>
        <w:ind w:left="5102"/>
      </w:pPr>
      <w:r>
        <w:rPr>
          <w:rFonts w:ascii="Calibri" w:hAnsi="Calibri" w:eastAsia="Calibri"/>
          <w:sz w:val="22"/>
          <w:highlight w:val="yellow"/>
        </w:rPr>
        <w:t>[Ville]</w:t>
      </w:r>
      <w:r>
        <w:rPr>
          <w:rFonts w:ascii="Calibri" w:hAnsi="Calibri" w:eastAsia="Calibri"/>
          <w:sz w:val="22"/>
        </w:rPr>
        <w:t xml:space="preserve">, le </w:t>
      </w:r>
      <w:r>
        <w:rPr>
          <w:rFonts w:ascii="Calibri" w:hAnsi="Calibri" w:eastAsia="Calibri"/>
          <w:sz w:val="22"/>
          <w:highlight w:val="yellow"/>
        </w:rPr>
        <w:t>[date]</w:t>
      </w:r>
    </w:p>
    <w:p>
      <w:pPr>
        <w:spacing w:after="40" w:before="0"/>
      </w:pPr>
      <w:r>
        <w:rPr>
          <w:rFonts w:ascii="Calibri" w:hAnsi="Calibri" w:eastAsia="Calibri"/>
          <w:b/>
          <w:sz w:val="22"/>
        </w:rPr>
        <w:t>Lettre recommandée avec demande d’avis de réception</w:t>
      </w:r>
    </w:p>
    <w:p>
      <w:pPr>
        <w:spacing w:after="40" w:before="0"/>
      </w:pPr>
      <w:r>
        <w:rPr>
          <w:rFonts w:ascii="Calibri" w:hAnsi="Calibri" w:eastAsia="Calibri"/>
          <w:b/>
          <w:sz w:val="22"/>
        </w:rPr>
        <w:t xml:space="preserve">Objet : </w:t>
      </w:r>
      <w:r>
        <w:rPr>
          <w:rFonts w:ascii="Calibri" w:hAnsi="Calibri" w:eastAsia="Calibri"/>
          <w:b/>
          <w:sz w:val="22"/>
        </w:rPr>
        <w:t>Demande d’attestation ou de confirmation écrite de dépôt de dossier</w:t>
      </w:r>
    </w:p>
    <w:p>
      <w:pPr>
        <w:spacing w:after="80"/>
      </w:pPr>
    </w:p>
    <w:p>
      <w:pPr>
        <w:spacing w:after="160" w:before="0"/>
      </w:pPr>
      <w:r>
        <w:rPr>
          <w:rFonts w:ascii="Calibri" w:hAnsi="Calibri" w:eastAsia="Calibri"/>
          <w:sz w:val="22"/>
          <w:highlight w:val="yellow"/>
        </w:rPr>
        <w:t>[Madame / Monsieur],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</w:rPr>
        <w:t xml:space="preserve">J’ai déposé le </w:t>
      </w:r>
      <w:r>
        <w:rPr>
          <w:rFonts w:ascii="Calibri" w:hAnsi="Calibri" w:eastAsia="Calibri"/>
          <w:sz w:val="22"/>
          <w:highlight w:val="yellow"/>
        </w:rPr>
        <w:t>[date]</w:t>
      </w:r>
      <w:r>
        <w:rPr>
          <w:rFonts w:ascii="Calibri" w:hAnsi="Calibri" w:eastAsia="Calibri"/>
          <w:sz w:val="22"/>
        </w:rPr>
        <w:t xml:space="preserve"> une demande de </w:t>
      </w:r>
      <w:r>
        <w:rPr>
          <w:rFonts w:ascii="Calibri" w:hAnsi="Calibri" w:eastAsia="Calibri"/>
          <w:sz w:val="22"/>
          <w:highlight w:val="yellow"/>
        </w:rPr>
        <w:t>[titre de séjour / renouvellement / naturalisation / …]</w:t>
      </w:r>
      <w:r>
        <w:rPr>
          <w:rFonts w:ascii="Calibri" w:hAnsi="Calibri" w:eastAsia="Calibri"/>
          <w:sz w:val="22"/>
        </w:rPr>
        <w:t xml:space="preserve"> (réf. </w:t>
      </w:r>
      <w:r>
        <w:rPr>
          <w:rFonts w:ascii="Calibri" w:hAnsi="Calibri" w:eastAsia="Calibri"/>
          <w:sz w:val="22"/>
          <w:highlight w:val="yellow"/>
        </w:rPr>
        <w:t>[…]</w:t>
      </w:r>
      <w:r>
        <w:rPr>
          <w:rFonts w:ascii="Calibri" w:hAnsi="Calibri" w:eastAsia="Calibri"/>
          <w:sz w:val="22"/>
        </w:rPr>
        <w:t>).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</w:rPr>
        <w:t xml:space="preserve">Je vous serais reconnaissant(e) de me délivrer une attestation ou confirmation écrite de ce dépôt, ou de m’indiquer comment l’obtenir dans mon espace ANEF, afin de la produire auprès de </w:t>
      </w:r>
      <w:r>
        <w:rPr>
          <w:rFonts w:ascii="Calibri" w:hAnsi="Calibri" w:eastAsia="Calibri"/>
          <w:sz w:val="22"/>
          <w:highlight w:val="yellow"/>
        </w:rPr>
        <w:t>[employeur / organisme / établissement scolaire / …]</w:t>
      </w:r>
      <w:r>
        <w:rPr>
          <w:rFonts w:ascii="Calibri" w:hAnsi="Calibri" w:eastAsia="Calibri"/>
          <w:sz w:val="22"/>
        </w:rPr>
        <w:t>.</w:t>
      </w:r>
    </w:p>
    <w:p>
      <w:pPr>
        <w:spacing w:after="360" w:before="0"/>
        <w:jc w:val="both"/>
      </w:pPr>
      <w:r>
        <w:rPr>
          <w:rFonts w:ascii="Calibri" w:hAnsi="Calibri" w:eastAsia="Calibri"/>
          <w:sz w:val="22"/>
        </w:rPr>
        <w:t>Je vous prie d’agréer, [Madame / Monsieur], l’expression de ma considération distinguée.</w:t>
      </w:r>
    </w:p>
    <w:p>
      <w:pPr>
        <w:spacing w:after="0" w:before="0"/>
        <w:ind w:left="5102"/>
      </w:pPr>
      <w:r>
        <w:rPr>
          <w:rFonts w:ascii="Calibri" w:hAnsi="Calibri" w:eastAsia="Calibri"/>
          <w:sz w:val="22"/>
          <w:highlight w:val="yellow"/>
        </w:rPr>
        <w:t>[Signature]</w:t>
      </w:r>
    </w:p>
    <w:p>
      <w:pPr>
        <w:spacing w:after="320" w:before="0"/>
        <w:ind w:left="5102"/>
      </w:pPr>
      <w:r>
        <w:rPr>
          <w:rFonts w:ascii="Calibri" w:hAnsi="Calibri" w:eastAsia="Calibri"/>
          <w:sz w:val="22"/>
          <w:highlight w:val="yellow"/>
        </w:rPr>
        <w:t>[Prénom NOM]</w:t>
      </w:r>
    </w:p>
    <w:p>
      <w:pPr>
        <w:spacing w:after="40" w:before="0"/>
      </w:pPr>
      <w:r>
        <w:rPr>
          <w:rFonts w:ascii="Calibri" w:hAnsi="Calibri" w:eastAsia="Calibri"/>
          <w:b/>
          <w:sz w:val="22"/>
        </w:rPr>
        <w:t>Pièces jointes :</w:t>
      </w:r>
    </w:p>
    <w:p>
      <w:pPr>
        <w:spacing w:after="20" w:before="0"/>
        <w:ind w:left="510" w:hanging="283"/>
      </w:pPr>
      <w:r>
        <w:rPr>
          <w:rFonts w:ascii="Calibri" w:hAnsi="Calibri" w:eastAsia="Calibri"/>
          <w:sz w:val="22"/>
        </w:rPr>
        <w:t xml:space="preserve">– </w:t>
      </w:r>
      <w:r>
        <w:rPr>
          <w:rFonts w:ascii="Calibri" w:hAnsi="Calibri" w:eastAsia="Calibri"/>
          <w:sz w:val="22"/>
        </w:rPr>
        <w:t>Copie de l’accusé ANEF / récépissé / capture datée</w:t>
      </w:r>
    </w:p>
    <w:p>
      <w:r>
        <w:br w:type="page"/>
      </w:r>
    </w:p>
    <w:p>
      <w:pPr>
        <w:spacing w:after="80" w:before="0"/>
      </w:pPr>
      <w:r>
        <w:rPr>
          <w:rFonts w:ascii="Calibri" w:hAnsi="Calibri" w:eastAsia="Calibri"/>
          <w:b/>
          <w:sz w:val="26"/>
        </w:rPr>
        <w:t>Notes pratiques — à supprimer avant utilisation</w:t>
      </w:r>
    </w:p>
    <w:p>
      <w:pPr>
        <w:spacing w:after="120"/>
      </w:pP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Vérifiez d’abord si un récépissé ou document téléchargeable est déjà disponible sur ANEF.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Précisez le motif de la demande d’attestation ; conservez la preuve d’envoi.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Supprimez l’en-tête « Modèle fourni à titre informatif… », les surlignages et la présente page avant d’envoyer le courrier. Conservez une copie du courrier, la preuve de dépôt et l’avis de réception.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En cas de doute sur un délai ou sur la stratégie à adopter, faites relire votre courrier par un avocat.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Calibri" w:hAnsi="Calibri" w:eastAsia="Calibri"/>
        <w:color w:val="9AA5B1"/>
        <w:sz w:val="16"/>
      </w:rPr>
      <w:t>Modèle — Cabinet Gasimov, avocat à Strasbourg · www.avocat-gasimov.fr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/>
    <w:r>
      <w:rPr>
        <w:rFonts w:ascii="Calibri" w:hAnsi="Calibri" w:eastAsia="Calibri"/>
        <w:i/>
        <w:color w:val="6B7280"/>
        <w:sz w:val="17"/>
      </w:rPr>
      <w:t>Modèle fourni à titre informatif — à adapter à votre situation ; ne remplace pas un conseil personnalisé. Cabinet Gasimov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Demande d’attestation de dépôt de dossier (préfecture / ANEF)</dc:title>
  <dc:subject/>
  <dc:creator>Cabinet Gasimov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