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rPr>
        <w:t>DÉCLARATION SUR L’HONNEUR DE NON-CONDAMNATION</w:t>
      </w:r>
    </w:p>
    <w:p>
      <w:pPr>
        <w:spacing w:after="80" w:before="0"/>
        <w:jc w:val="center"/>
      </w:pPr>
      <w:r>
        <w:rPr>
          <w:rFonts w:ascii="Calibri" w:hAnsi="Calibri" w:eastAsia="Calibri"/>
          <w:b/>
          <w:sz w:val="26"/>
        </w:rPr>
        <w:t>ET ATTESTATION DE FILIATION</w:t>
      </w:r>
    </w:p>
    <w:p>
      <w:pPr>
        <w:spacing w:after="280" w:before="0"/>
        <w:jc w:val="center"/>
      </w:pPr>
      <w:r>
        <w:rPr>
          <w:rFonts w:ascii="Calibri" w:hAnsi="Calibri" w:eastAsia="Calibri"/>
          <w:i/>
          <w:sz w:val="20"/>
        </w:rPr>
        <w:t>Pièce à joindre à une demande d’immatriculation ou de modification — une déclaration par dirigeant (et, en SNC ou en société civile, par associé)</w:t>
      </w:r>
    </w:p>
    <w:p>
      <w:pPr>
        <w:spacing w:after="120" w:before="0"/>
      </w:pPr>
      <w:r>
        <w:rPr>
          <w:rFonts w:ascii="Calibri" w:hAnsi="Calibri" w:eastAsia="Calibri"/>
          <w:b/>
          <w:sz w:val="22"/>
        </w:rPr>
        <w:t>Je soussigné(e) :</w:t>
      </w:r>
    </w:p>
    <w:tbl>
      <w:tblPr>
        <w:tblStyle w:val="TableGrid"/>
        <w:tblW w:type="auto" w:w="0"/>
        <w:jc w:val="center"/>
        <w:tblLayout w:type="fixed"/>
        <w:tblLook w:firstColumn="1" w:firstRow="1" w:lastColumn="0" w:lastRow="0" w:noHBand="0" w:noVBand="1" w:val="04A0"/>
      </w:tblPr>
      <w:tblGrid>
        <w:gridCol w:w="3402"/>
        <w:gridCol w:w="5896"/>
      </w:tblGrid>
      <w:tr>
        <w:trPr>
          <w:tblHeader w:val="true"/>
        </w:trPr>
        <w:tc>
          <w:tcPr>
            <w:tcW w:type="dxa" w:w="3402"/>
            <w:shd w:val="clear" w:color="auto" w:fill="E5E7EB"/>
          </w:tcPr>
          <w:p>
            <w:pPr>
              <w:spacing w:after="0" w:before="0"/>
            </w:pPr>
            <w:r>
              <w:rPr>
                <w:rFonts w:ascii="Calibri" w:hAnsi="Calibri" w:eastAsia="Calibri"/>
                <w:b/>
                <w:sz w:val="19"/>
              </w:rPr>
              <w:t>Rubrique</w:t>
            </w:r>
          </w:p>
        </w:tc>
        <w:tc>
          <w:tcPr>
            <w:tcW w:type="dxa" w:w="5896"/>
            <w:shd w:val="clear" w:color="auto" w:fill="E5E7EB"/>
          </w:tcPr>
          <w:p>
            <w:pPr>
              <w:spacing w:after="0" w:before="0"/>
            </w:pPr>
            <w:r>
              <w:rPr>
                <w:rFonts w:ascii="Calibri" w:hAnsi="Calibri" w:eastAsia="Calibri"/>
                <w:b/>
                <w:sz w:val="19"/>
              </w:rPr>
              <w:t>Renseignements</w:t>
            </w:r>
          </w:p>
        </w:tc>
      </w:tr>
      <w:tr>
        <w:tc>
          <w:tcPr>
            <w:tcW w:type="dxa" w:w="3402"/>
          </w:tcPr>
          <w:p>
            <w:pPr>
              <w:spacing w:after="20" w:before="20"/>
            </w:pPr>
            <w:r>
              <w:rPr>
                <w:rFonts w:ascii="Calibri" w:hAnsi="Calibri" w:eastAsia="Calibri"/>
                <w:sz w:val="19"/>
              </w:rPr>
              <w:t>Nom de naissance</w:t>
            </w:r>
          </w:p>
        </w:tc>
        <w:tc>
          <w:tcPr>
            <w:tcW w:type="dxa" w:w="5896"/>
          </w:tcPr>
          <w:p>
            <w:pPr>
              <w:spacing w:after="20" w:before="20"/>
            </w:pPr>
            <w:r>
              <w:rPr>
                <w:rFonts w:ascii="Calibri" w:hAnsi="Calibri" w:eastAsia="Calibri"/>
                <w:sz w:val="19"/>
                <w:highlight w:val="yellow"/>
              </w:rPr>
              <w:t>[NOM]</w:t>
            </w:r>
          </w:p>
        </w:tc>
      </w:tr>
      <w:tr>
        <w:tc>
          <w:tcPr>
            <w:tcW w:type="dxa" w:w="3402"/>
          </w:tcPr>
          <w:p>
            <w:pPr>
              <w:spacing w:after="20" w:before="20"/>
            </w:pPr>
            <w:r>
              <w:rPr>
                <w:rFonts w:ascii="Calibri" w:hAnsi="Calibri" w:eastAsia="Calibri"/>
                <w:sz w:val="19"/>
              </w:rPr>
              <w:t>Nom d’usage (le cas échéant)</w:t>
            </w:r>
          </w:p>
        </w:tc>
        <w:tc>
          <w:tcPr>
            <w:tcW w:type="dxa" w:w="5896"/>
          </w:tcPr>
          <w:p>
            <w:pPr>
              <w:spacing w:after="20" w:before="20"/>
            </w:pPr>
            <w:r>
              <w:rPr>
                <w:rFonts w:ascii="Calibri" w:hAnsi="Calibri" w:eastAsia="Calibri"/>
                <w:sz w:val="19"/>
                <w:highlight w:val="yellow"/>
              </w:rPr>
              <w:t>[NOM d’usage]</w:t>
            </w:r>
          </w:p>
        </w:tc>
      </w:tr>
      <w:tr>
        <w:tc>
          <w:tcPr>
            <w:tcW w:type="dxa" w:w="3402"/>
          </w:tcPr>
          <w:p>
            <w:pPr>
              <w:spacing w:after="20" w:before="20"/>
            </w:pPr>
            <w:r>
              <w:rPr>
                <w:rFonts w:ascii="Calibri" w:hAnsi="Calibri" w:eastAsia="Calibri"/>
                <w:sz w:val="19"/>
              </w:rPr>
              <w:t>Prénoms (dans l’ordre de l’état civil)</w:t>
            </w:r>
          </w:p>
        </w:tc>
        <w:tc>
          <w:tcPr>
            <w:tcW w:type="dxa" w:w="5896"/>
          </w:tcPr>
          <w:p>
            <w:pPr>
              <w:spacing w:after="20" w:before="20"/>
            </w:pPr>
            <w:r>
              <w:rPr>
                <w:rFonts w:ascii="Calibri" w:hAnsi="Calibri" w:eastAsia="Calibri"/>
                <w:sz w:val="19"/>
                <w:highlight w:val="yellow"/>
              </w:rPr>
              <w:t>[Prénoms]</w:t>
            </w:r>
          </w:p>
        </w:tc>
      </w:tr>
      <w:tr>
        <w:tc>
          <w:tcPr>
            <w:tcW w:type="dxa" w:w="3402"/>
          </w:tcPr>
          <w:p>
            <w:pPr>
              <w:spacing w:after="20" w:before="20"/>
            </w:pPr>
            <w:r>
              <w:rPr>
                <w:rFonts w:ascii="Calibri" w:hAnsi="Calibri" w:eastAsia="Calibri"/>
                <w:sz w:val="19"/>
              </w:rPr>
              <w:t>Date et lieu de naissance</w:t>
            </w:r>
          </w:p>
        </w:tc>
        <w:tc>
          <w:tcPr>
            <w:tcW w:type="dxa" w:w="5896"/>
          </w:tcPr>
          <w:p>
            <w:pPr>
              <w:spacing w:after="20" w:before="20"/>
            </w:pPr>
            <w:r>
              <w:rPr>
                <w:rFonts w:ascii="Calibri" w:hAnsi="Calibri" w:eastAsia="Calibri"/>
                <w:sz w:val="19"/>
                <w:highlight w:val="yellow"/>
              </w:rPr>
              <w:t>[date]</w:t>
            </w:r>
            <w:r>
              <w:rPr>
                <w:rFonts w:ascii="Calibri" w:hAnsi="Calibri" w:eastAsia="Calibri"/>
                <w:sz w:val="19"/>
              </w:rPr>
              <w:t xml:space="preserve"> à </w:t>
            </w:r>
            <w:r>
              <w:rPr>
                <w:rFonts w:ascii="Calibri" w:hAnsi="Calibri" w:eastAsia="Calibri"/>
                <w:sz w:val="19"/>
                <w:highlight w:val="yellow"/>
              </w:rPr>
              <w:t>[commune, département ou pays]</w:t>
            </w:r>
          </w:p>
        </w:tc>
      </w:tr>
      <w:tr>
        <w:tc>
          <w:tcPr>
            <w:tcW w:type="dxa" w:w="3402"/>
          </w:tcPr>
          <w:p>
            <w:pPr>
              <w:spacing w:after="20" w:before="20"/>
            </w:pPr>
            <w:r>
              <w:rPr>
                <w:rFonts w:ascii="Calibri" w:hAnsi="Calibri" w:eastAsia="Calibri"/>
                <w:sz w:val="19"/>
              </w:rPr>
              <w:t>Nationalité</w:t>
            </w:r>
          </w:p>
        </w:tc>
        <w:tc>
          <w:tcPr>
            <w:tcW w:type="dxa" w:w="5896"/>
          </w:tcPr>
          <w:p>
            <w:pPr>
              <w:spacing w:after="20" w:before="20"/>
            </w:pPr>
            <w:r>
              <w:rPr>
                <w:rFonts w:ascii="Calibri" w:hAnsi="Calibri" w:eastAsia="Calibri"/>
                <w:sz w:val="19"/>
                <w:highlight w:val="yellow"/>
              </w:rPr>
              <w:t>[nationalité]</w:t>
            </w:r>
          </w:p>
        </w:tc>
      </w:tr>
      <w:tr>
        <w:tc>
          <w:tcPr>
            <w:tcW w:type="dxa" w:w="3402"/>
          </w:tcPr>
          <w:p>
            <w:pPr>
              <w:spacing w:after="20" w:before="20"/>
            </w:pPr>
            <w:r>
              <w:rPr>
                <w:rFonts w:ascii="Calibri" w:hAnsi="Calibri" w:eastAsia="Calibri"/>
                <w:sz w:val="19"/>
              </w:rPr>
              <w:t>Domicile</w:t>
            </w:r>
          </w:p>
        </w:tc>
        <w:tc>
          <w:tcPr>
            <w:tcW w:type="dxa" w:w="5896"/>
          </w:tcPr>
          <w:p>
            <w:pPr>
              <w:spacing w:after="20" w:before="20"/>
            </w:pPr>
            <w:r>
              <w:rPr>
                <w:rFonts w:ascii="Calibri" w:hAnsi="Calibri" w:eastAsia="Calibri"/>
                <w:sz w:val="19"/>
                <w:highlight w:val="yellow"/>
              </w:rPr>
              <w:t>[adresse complète]</w:t>
            </w:r>
          </w:p>
        </w:tc>
      </w:tr>
    </w:tbl>
    <w:p>
      <w:pPr>
        <w:spacing w:after="120"/>
      </w:pPr>
    </w:p>
    <w:p>
      <w:pPr>
        <w:spacing w:after="120" w:before="0"/>
      </w:pPr>
      <w:r>
        <w:rPr>
          <w:rFonts w:ascii="Calibri" w:hAnsi="Calibri" w:eastAsia="Calibri"/>
          <w:b/>
          <w:sz w:val="22"/>
        </w:rPr>
        <w:t>Filiation :</w:t>
      </w:r>
    </w:p>
    <w:tbl>
      <w:tblPr>
        <w:tblStyle w:val="TableGrid"/>
        <w:tblW w:type="auto" w:w="0"/>
        <w:jc w:val="center"/>
        <w:tblLayout w:type="fixed"/>
        <w:tblLook w:firstColumn="1" w:firstRow="1" w:lastColumn="0" w:lastRow="0" w:noHBand="0" w:noVBand="1" w:val="04A0"/>
      </w:tblPr>
      <w:tblGrid>
        <w:gridCol w:w="1701"/>
        <w:gridCol w:w="3798"/>
        <w:gridCol w:w="3798"/>
      </w:tblGrid>
      <w:tr>
        <w:trPr>
          <w:tblHeader w:val="true"/>
        </w:trPr>
        <w:tc>
          <w:tcPr>
            <w:tcW w:type="dxa" w:w="1701"/>
            <w:shd w:val="clear" w:color="auto" w:fill="E5E7EB"/>
          </w:tcPr>
          <w:p>
            <w:pPr>
              <w:spacing w:after="0" w:before="0"/>
            </w:pPr>
            <w:r>
              <w:rPr>
                <w:rFonts w:ascii="Calibri" w:hAnsi="Calibri" w:eastAsia="Calibri"/>
                <w:sz w:val="19"/>
              </w:rPr>
            </w:r>
          </w:p>
        </w:tc>
        <w:tc>
          <w:tcPr>
            <w:tcW w:type="dxa" w:w="3798"/>
            <w:shd w:val="clear" w:color="auto" w:fill="E5E7EB"/>
          </w:tcPr>
          <w:p>
            <w:pPr>
              <w:spacing w:after="0" w:before="0"/>
            </w:pPr>
            <w:r>
              <w:rPr>
                <w:rFonts w:ascii="Calibri" w:hAnsi="Calibri" w:eastAsia="Calibri"/>
                <w:b/>
                <w:sz w:val="19"/>
              </w:rPr>
              <w:t>Nom</w:t>
            </w:r>
          </w:p>
        </w:tc>
        <w:tc>
          <w:tcPr>
            <w:tcW w:type="dxa" w:w="3798"/>
            <w:shd w:val="clear" w:color="auto" w:fill="E5E7EB"/>
          </w:tcPr>
          <w:p>
            <w:pPr>
              <w:spacing w:after="0" w:before="0"/>
            </w:pPr>
            <w:r>
              <w:rPr>
                <w:rFonts w:ascii="Calibri" w:hAnsi="Calibri" w:eastAsia="Calibri"/>
                <w:b/>
                <w:sz w:val="19"/>
              </w:rPr>
              <w:t>Prénoms</w:t>
            </w:r>
          </w:p>
        </w:tc>
      </w:tr>
      <w:tr>
        <w:tc>
          <w:tcPr>
            <w:tcW w:type="dxa" w:w="1701"/>
          </w:tcPr>
          <w:p>
            <w:pPr>
              <w:spacing w:after="20" w:before="20"/>
            </w:pPr>
            <w:r>
              <w:rPr>
                <w:rFonts w:ascii="Calibri" w:hAnsi="Calibri" w:eastAsia="Calibri"/>
                <w:b/>
                <w:sz w:val="19"/>
              </w:rPr>
              <w:t>Père</w:t>
            </w:r>
          </w:p>
        </w:tc>
        <w:tc>
          <w:tcPr>
            <w:tcW w:type="dxa" w:w="3798"/>
          </w:tcPr>
          <w:p>
            <w:pPr>
              <w:spacing w:after="20" w:before="20"/>
            </w:pPr>
            <w:r>
              <w:rPr>
                <w:rFonts w:ascii="Calibri" w:hAnsi="Calibri" w:eastAsia="Calibri"/>
                <w:sz w:val="19"/>
                <w:highlight w:val="yellow"/>
              </w:rPr>
              <w:t>[NOM]</w:t>
            </w:r>
          </w:p>
        </w:tc>
        <w:tc>
          <w:tcPr>
            <w:tcW w:type="dxa" w:w="3798"/>
          </w:tcPr>
          <w:p>
            <w:pPr>
              <w:spacing w:after="20" w:before="20"/>
            </w:pPr>
            <w:r>
              <w:rPr>
                <w:rFonts w:ascii="Calibri" w:hAnsi="Calibri" w:eastAsia="Calibri"/>
                <w:sz w:val="19"/>
                <w:highlight w:val="yellow"/>
              </w:rPr>
              <w:t>[Prénoms]</w:t>
            </w:r>
          </w:p>
        </w:tc>
      </w:tr>
      <w:tr>
        <w:tc>
          <w:tcPr>
            <w:tcW w:type="dxa" w:w="1701"/>
          </w:tcPr>
          <w:p>
            <w:pPr>
              <w:spacing w:after="20" w:before="20"/>
            </w:pPr>
            <w:r>
              <w:rPr>
                <w:rFonts w:ascii="Calibri" w:hAnsi="Calibri" w:eastAsia="Calibri"/>
                <w:b/>
                <w:sz w:val="19"/>
              </w:rPr>
              <w:t>Mère</w:t>
            </w:r>
          </w:p>
        </w:tc>
        <w:tc>
          <w:tcPr>
            <w:tcW w:type="dxa" w:w="3798"/>
          </w:tcPr>
          <w:p>
            <w:pPr>
              <w:spacing w:after="20" w:before="20"/>
            </w:pPr>
            <w:r>
              <w:rPr>
                <w:rFonts w:ascii="Calibri" w:hAnsi="Calibri" w:eastAsia="Calibri"/>
                <w:sz w:val="19"/>
                <w:highlight w:val="yellow"/>
              </w:rPr>
              <w:t>[NOM de naissance]</w:t>
            </w:r>
          </w:p>
        </w:tc>
        <w:tc>
          <w:tcPr>
            <w:tcW w:type="dxa" w:w="3798"/>
          </w:tcPr>
          <w:p>
            <w:pPr>
              <w:spacing w:after="20" w:before="20"/>
            </w:pPr>
            <w:r>
              <w:rPr>
                <w:rFonts w:ascii="Calibri" w:hAnsi="Calibri" w:eastAsia="Calibri"/>
                <w:sz w:val="19"/>
                <w:highlight w:val="yellow"/>
              </w:rPr>
              <w:t>[Prénoms]</w:t>
            </w:r>
          </w:p>
        </w:tc>
      </w:tr>
    </w:tbl>
    <w:p>
      <w:pPr>
        <w:spacing w:after="120"/>
      </w:pPr>
    </w:p>
    <w:p>
      <w:pPr>
        <w:spacing w:after="120" w:before="0"/>
        <w:jc w:val="both"/>
      </w:pPr>
      <w:r>
        <w:rPr>
          <w:rFonts w:ascii="Calibri" w:hAnsi="Calibri" w:eastAsia="Calibri"/>
          <w:sz w:val="22"/>
        </w:rPr>
        <w:t xml:space="preserve">agissant en qualité de </w:t>
      </w:r>
      <w:r>
        <w:rPr>
          <w:rFonts w:ascii="Calibri" w:hAnsi="Calibri" w:eastAsia="Calibri"/>
          <w:sz w:val="22"/>
          <w:highlight w:val="yellow"/>
        </w:rPr>
        <w:t>[Président / directeur général / gérant / cogérant / associé en nom collectif / associé de société civile / représentant permanent de la société …, elle-même Présidente ou gérante]</w:t>
      </w:r>
      <w:r>
        <w:rPr>
          <w:rFonts w:ascii="Calibri" w:hAnsi="Calibri" w:eastAsia="Calibri"/>
          <w:sz w:val="22"/>
        </w:rPr>
        <w:t xml:space="preserve">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w:t>
      </w:r>
      <w:r>
        <w:rPr>
          <w:rFonts w:ascii="Calibri" w:hAnsi="Calibri" w:eastAsia="Calibri"/>
          <w:sz w:val="22"/>
          <w:highlight w:val="yellow"/>
        </w:rPr>
        <w:t>[en cours de formation / immatriculée au RCS de … sous le n° …]</w:t>
      </w:r>
      <w:r>
        <w:rPr>
          <w:rFonts w:ascii="Calibri" w:hAnsi="Calibri" w:eastAsia="Calibri"/>
          <w:sz w:val="22"/>
        </w:rPr>
        <w:t xml:space="preserve">, dont le siège </w:t>
      </w:r>
      <w:r>
        <w:rPr>
          <w:rFonts w:ascii="Calibri" w:hAnsi="Calibri" w:eastAsia="Calibri"/>
          <w:sz w:val="22"/>
          <w:highlight w:val="yellow"/>
        </w:rPr>
        <w:t>[est / sera]</w:t>
      </w:r>
      <w:r>
        <w:rPr>
          <w:rFonts w:ascii="Calibri" w:hAnsi="Calibri" w:eastAsia="Calibri"/>
          <w:sz w:val="22"/>
        </w:rPr>
        <w:t xml:space="preserve"> situé </w:t>
      </w:r>
      <w:r>
        <w:rPr>
          <w:rFonts w:ascii="Calibri" w:hAnsi="Calibri" w:eastAsia="Calibri"/>
          <w:sz w:val="22"/>
          <w:highlight w:val="yellow"/>
        </w:rPr>
        <w:t>[adresse]</w:t>
      </w:r>
      <w:r>
        <w:rPr>
          <w:rFonts w:ascii="Calibri" w:hAnsi="Calibri" w:eastAsia="Calibri"/>
          <w:sz w:val="22"/>
        </w:rPr>
        <w:t>,</w:t>
      </w:r>
    </w:p>
    <w:p>
      <w:pPr>
        <w:spacing w:after="120" w:before="0"/>
      </w:pPr>
      <w:r>
        <w:rPr>
          <w:rFonts w:ascii="Calibri" w:hAnsi="Calibri" w:eastAsia="Calibri"/>
          <w:b/>
          <w:sz w:val="22"/>
        </w:rPr>
        <w:t>déclare sur l’honneur :</w:t>
      </w:r>
    </w:p>
    <w:p>
      <w:pPr>
        <w:spacing w:after="80" w:before="0"/>
        <w:jc w:val="both"/>
      </w:pPr>
      <w:r>
        <w:rPr>
          <w:rFonts w:ascii="Calibri" w:hAnsi="Calibri" w:eastAsia="Calibri"/>
          <w:sz w:val="22"/>
        </w:rPr>
        <w:t xml:space="preserve">– </w:t>
      </w:r>
      <w:r>
        <w:rPr>
          <w:rFonts w:ascii="Calibri" w:hAnsi="Calibri" w:eastAsia="Calibri"/>
          <w:sz w:val="22"/>
        </w:rPr>
        <w:t>n’avoir fait l’objet d’aucune condamnation pénale ni d’aucune sanction civile ou administrative de nature à m’interdire l’exercice d’une activité commerciale ;</w:t>
      </w:r>
    </w:p>
    <w:p>
      <w:pPr>
        <w:spacing w:after="80" w:before="0"/>
        <w:jc w:val="both"/>
      </w:pPr>
      <w:r>
        <w:rPr>
          <w:rFonts w:ascii="Calibri" w:hAnsi="Calibri" w:eastAsia="Calibri"/>
          <w:sz w:val="22"/>
        </w:rPr>
        <w:t xml:space="preserve">– </w:t>
      </w:r>
      <w:r>
        <w:rPr>
          <w:rFonts w:ascii="Calibri" w:hAnsi="Calibri" w:eastAsia="Calibri"/>
          <w:sz w:val="22"/>
        </w:rPr>
        <w:t>ne faire l’objet d’aucune faillite personnelle ni d’aucune mesure d’interdiction de diriger, de gérer, d’administrer ou de contrôler, directement ou indirectement, une entreprise commerciale, industrielle ou artisanale, une exploitation agricole, une entreprise ayant toute autre activité indépendante ou une personne morale ;</w:t>
      </w:r>
    </w:p>
    <w:p>
      <w:pPr>
        <w:spacing w:after="200" w:before="0"/>
        <w:jc w:val="both"/>
      </w:pPr>
      <w:r>
        <w:rPr>
          <w:rFonts w:ascii="Calibri" w:hAnsi="Calibri" w:eastAsia="Calibri"/>
          <w:sz w:val="22"/>
        </w:rPr>
        <w:t xml:space="preserve">– </w:t>
      </w:r>
      <w:r>
        <w:rPr>
          <w:rFonts w:ascii="Calibri" w:hAnsi="Calibri" w:eastAsia="Calibri"/>
          <w:sz w:val="22"/>
        </w:rPr>
        <w:t>que les renseignements ci-dessus, notamment ceux qui concernent ma filiation, sont exacts.</w:t>
      </w:r>
    </w:p>
    <w:p>
      <w:pPr>
        <w:spacing w:after="200" w:before="0"/>
        <w:jc w:val="both"/>
      </w:pPr>
      <w:r>
        <w:rPr>
          <w:rFonts w:ascii="Calibri" w:hAnsi="Calibri" w:eastAsia="Calibri"/>
          <w:sz w:val="22"/>
        </w:rPr>
        <w:t>Je suis informé(e) que le fait de donner, de mauvaise foi, des indications inexactes ou incomplètes en vue d’une immatriculation ou d’une modification expose son auteur à des sanctions pénales.</w:t>
      </w:r>
    </w:p>
    <w:p>
      <w:pPr>
        <w:keepNext/>
        <w:keepLines/>
        <w:spacing w:after="28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pour servir et valoir ce que de droit.</w:t>
      </w:r>
    </w:p>
    <w:p>
      <w:pPr>
        <w:keepNext/>
        <w:keepLines/>
        <w:spacing w:after="40" w:before="0"/>
      </w:pPr>
      <w:r>
        <w:rPr>
          <w:rFonts w:ascii="Calibri" w:hAnsi="Calibri" w:eastAsia="Calibri"/>
          <w:b/>
          <w:sz w:val="22"/>
        </w:rPr>
        <w:t>Signature</w:t>
      </w:r>
    </w:p>
    <w:p>
      <w:pPr>
        <w:keepLines/>
        <w:spacing w:after="200" w:before="0"/>
      </w:pPr>
      <w:r>
        <w:rPr>
          <w:rFonts w:ascii="Calibri" w:hAnsi="Calibri" w:eastAsia="Calibri"/>
          <w:sz w:val="22"/>
          <w:highlight w:val="yellow"/>
        </w:rPr>
        <w:t>[Prénom NOM — signature]</w:t>
      </w: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Fondement : pour la demande d’immatriculation d’une société de droit français, le code de commerce prévoit, pour chaque personne physique, associé ou tiers, ayant le pouvoir de diriger, de gérer ou d’engager à titre habituel la société, une « attestation sur l’honneur, sur papier libre, relative à l’absence de condamnation ou de sanction civile ou administrative de nature à interdire l’exercice d’une activité commerciale, faisant apparaître la filiation » (C. com., annexe 1-1, annexe III, rubrique 1.2.1). La même pièce est prévue pour les associés indéfiniment et solidairement responsables, par exemple les associés de SNC (rubrique 1.2.4).</w:t>
      </w:r>
    </w:p>
    <w:p>
      <w:pPr>
        <w:spacing w:after="100" w:before="0"/>
        <w:jc w:val="both"/>
      </w:pPr>
      <w:r>
        <w:rPr>
          <w:rFonts w:ascii="Calibri" w:hAnsi="Calibri" w:eastAsia="Calibri"/>
          <w:color w:val="374151"/>
          <w:sz w:val="20"/>
        </w:rPr>
        <w:t>• Le guichet unique demande l’original daté et signé de cette déclaration, avec une copie de la pièce d’identité du dirigeant (entreprendre.service-public.fr, fiche F35934). Il la demande aussi lors d’un changement de dirigeant, avec l’attestation de filiation : nom et prénoms du père, nom de naissance et prénoms de la mère (fiche F36173).</w:t>
      </w:r>
    </w:p>
    <w:p>
      <w:pPr>
        <w:spacing w:after="100" w:before="0"/>
        <w:jc w:val="both"/>
      </w:pPr>
      <w:r>
        <w:rPr>
          <w:rFonts w:ascii="Calibri" w:hAnsi="Calibri" w:eastAsia="Calibri"/>
          <w:color w:val="374151"/>
          <w:sz w:val="20"/>
        </w:rPr>
        <w:t>• Dirigeant personne morale (possible en SAS et en SASU, en société civile et en SNC : C. com., art. L. 227-7 et L. 221-3, al. 2 ; C. civ., art. 1847 ; impossible en SARL et en EURL : art. L. 223-18) : le guichet demande un extrait d’immatriculation de cette personne morale datant de moins de trois mois, ainsi que la pièce d’identité et la déclaration de non-condamnation et de filiation de son représentant permanent (fiche F35934 ; C. com., annexe 1-1, annexe III, rubrique 1.2.2).</w:t>
      </w:r>
    </w:p>
    <w:p>
      <w:pPr>
        <w:spacing w:after="100" w:before="0"/>
        <w:jc w:val="both"/>
      </w:pPr>
      <w:r>
        <w:rPr>
          <w:rFonts w:ascii="Calibri" w:hAnsi="Calibri" w:eastAsia="Calibri"/>
          <w:color w:val="374151"/>
          <w:sz w:val="20"/>
        </w:rPr>
        <w:t>• Les faillites personnelles et les mesures d’interdiction de diriger, gérer, administrer ou contrôler une entreprise ou une personne morale sont inscrites au fichier national des interdits de gérer (C. com., art. L. 128-1), auquel les greffiers ont un accès permanent (art. L. 128-2).</w:t>
      </w:r>
    </w:p>
    <w:p>
      <w:pPr>
        <w:spacing w:after="100" w:before="0"/>
        <w:jc w:val="both"/>
      </w:pPr>
      <w:r>
        <w:rPr>
          <w:rFonts w:ascii="Calibri" w:hAnsi="Calibri" w:eastAsia="Calibri"/>
          <w:color w:val="374151"/>
          <w:sz w:val="20"/>
        </w:rPr>
        <w:t>• Le fait de donner, de mauvaise foi, des indications inexactes ou incomplètes en vue d’une immatriculation, d’une radiation ou d’une mention complémentaire ou rectificative au registre du commerce et des sociétés est puni de 4 500 € d’amende et de six mois d’emprisonnement ; le tribunal peut en outre priver l’intéressé, pendant cinq ans au plus, du droit de vote et d’éligibilité aux élections des tribunaux de commerce, des chambres de commerce et d’industrie et des conseils de prud’hommes (C. com., art. L. 123-5). En cas de doute sur une condamnation ancienne ou sur une mesure en cours, demandez conseil avant de signer.</w:t>
      </w:r>
    </w:p>
    <w:p>
      <w:pPr>
        <w:spacing w:after="100" w:before="0"/>
        <w:jc w:val="both"/>
      </w:pPr>
      <w:r>
        <w:rPr>
          <w:rFonts w:ascii="Calibri" w:hAnsi="Calibri" w:eastAsia="Calibri"/>
          <w:color w:val="374151"/>
          <w:sz w:val="20"/>
        </w:rPr>
        <w:t>• Le dirigeant peut demander, à tout moment, la confidentialité des informations relatives à son domicile personnel (C. com., art. R. 123-54-1) ; la demande peut être jointe au dossier déposé sur formalites.entreprises.gouv.fr (art. R. 123-3, 5°). Si son adresse figure dans un acte déposé (statuts, procès-verbal), il joint une copie de cet acte où elle est occultée : c’est cette copie qui est publiée (art. R. 123-54-1, dernier al.). Le greffier traite la demande dans les cinq jours francs ouvrables suivant sa réception. Depuis le 6 mai 2026, la société peut aussi déposer d’emblée une copie de ses actes où les informations relatives à l’identité et au domicile des personnes physiques sont limitées (art. R. 123-102-1).</w:t>
      </w:r>
    </w:p>
    <w:p>
      <w:pPr>
        <w:spacing w:after="100" w:before="0"/>
        <w:jc w:val="both"/>
      </w:pPr>
      <w:r>
        <w:rPr>
          <w:rFonts w:ascii="Calibri" w:hAnsi="Calibri" w:eastAsia="Calibri"/>
          <w:color w:val="374151"/>
          <w:sz w:val="20"/>
        </w:rPr>
        <w:t>• Établissez une déclaration par personne : Président, directeurs généraux, gérants, associés en nom collectif, représentant permanent d’un dirigeant personne morale… Société civile : le guichet demande aussi la pièce d’identité et la déclaration de chaque associé personne physique (fiche F35934, « de l’associé et/ou du dirigeant »).</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sur l’honneur de non-condamnation et attestation de filiation du dirigeant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