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Calibri" w:hAnsi="Calibri" w:eastAsia="Calibri"/>
          <w:b/>
          <w:sz w:val="26"/>
        </w:rPr>
        <w:t>ATTESTATION</w:t>
      </w:r>
    </w:p>
    <w:p>
      <w:pPr>
        <w:spacing w:after="80" w:before="0"/>
        <w:jc w:val="center"/>
      </w:pPr>
      <w:r>
        <w:rPr>
          <w:rFonts w:ascii="Calibri" w:hAnsi="Calibri" w:eastAsia="Calibri"/>
          <w:i/>
          <w:sz w:val="22"/>
        </w:rPr>
        <w:t>Article 202 du code de procédure civile</w:t>
      </w:r>
    </w:p>
    <w:p>
      <w:pPr>
        <w:spacing w:after="320" w:before="0"/>
        <w:jc w:val="center"/>
      </w:pPr>
      <w:r>
        <w:rPr>
          <w:rFonts w:ascii="Calibri" w:hAnsi="Calibri" w:eastAsia="Calibri"/>
          <w:i/>
          <w:sz w:val="22"/>
          <w:highlight w:val="yellow"/>
        </w:rPr>
        <w:t>Trame à recopier entièrement à la main — une attestation dactylographiée peut être écartée par le juge</w:t>
      </w:r>
    </w:p>
    <w:p>
      <w:pPr>
        <w:spacing w:after="120" w:before="0"/>
        <w:jc w:val="both"/>
      </w:pPr>
      <w:r>
        <w:rPr>
          <w:rFonts w:ascii="Calibri" w:hAnsi="Calibri" w:eastAsia="Calibri"/>
          <w:sz w:val="22"/>
        </w:rPr>
        <w:t>Je soussigné(e) :</w:t>
      </w:r>
    </w:p>
    <w:p>
      <w:pPr>
        <w:spacing w:after="60" w:before="0"/>
      </w:pPr>
      <w:r>
        <w:rPr>
          <w:rFonts w:ascii="Calibri" w:hAnsi="Calibri" w:eastAsia="Calibri"/>
          <w:b/>
          <w:sz w:val="22"/>
        </w:rPr>
        <w:t xml:space="preserve">Nom : </w:t>
      </w:r>
      <w:r>
        <w:rPr>
          <w:rFonts w:ascii="Calibri" w:hAnsi="Calibri" w:eastAsia="Calibri"/>
          <w:sz w:val="22"/>
          <w:highlight w:val="yellow"/>
        </w:rPr>
        <w:t>[NOM — et nom de naissance s’il est différent]</w:t>
      </w:r>
    </w:p>
    <w:p>
      <w:pPr>
        <w:spacing w:after="60" w:before="0"/>
      </w:pPr>
      <w:r>
        <w:rPr>
          <w:rFonts w:ascii="Calibri" w:hAnsi="Calibri" w:eastAsia="Calibri"/>
          <w:b/>
          <w:sz w:val="22"/>
        </w:rPr>
        <w:t xml:space="preserve">Prénoms : </w:t>
      </w:r>
      <w:r>
        <w:rPr>
          <w:rFonts w:ascii="Calibri" w:hAnsi="Calibri" w:eastAsia="Calibri"/>
          <w:sz w:val="22"/>
          <w:highlight w:val="yellow"/>
        </w:rPr>
        <w:t>[Prénoms]</w:t>
      </w:r>
    </w:p>
    <w:p>
      <w:pPr>
        <w:spacing w:after="60" w:before="0"/>
      </w:pPr>
      <w:r>
        <w:rPr>
          <w:rFonts w:ascii="Calibri" w:hAnsi="Calibri" w:eastAsia="Calibri"/>
          <w:b/>
          <w:sz w:val="22"/>
        </w:rPr>
        <w:t xml:space="preserve">Date et lieu de naissance : </w:t>
      </w:r>
      <w:r>
        <w:rPr>
          <w:rFonts w:ascii="Calibri" w:hAnsi="Calibri" w:eastAsia="Calibri"/>
          <w:sz w:val="22"/>
          <w:highlight w:val="yellow"/>
        </w:rPr>
        <w:t>[date] à [lieu]</w:t>
      </w:r>
    </w:p>
    <w:p>
      <w:pPr>
        <w:spacing w:after="60" w:before="0"/>
      </w:pPr>
      <w:r>
        <w:rPr>
          <w:rFonts w:ascii="Calibri" w:hAnsi="Calibri" w:eastAsia="Calibri"/>
          <w:b/>
          <w:sz w:val="22"/>
        </w:rPr>
        <w:t xml:space="preserve">Adresse : </w:t>
      </w:r>
      <w:r>
        <w:rPr>
          <w:rFonts w:ascii="Calibri" w:hAnsi="Calibri" w:eastAsia="Calibri"/>
          <w:sz w:val="22"/>
          <w:highlight w:val="yellow"/>
        </w:rPr>
        <w:t>[adresse complète]</w:t>
      </w:r>
    </w:p>
    <w:p>
      <w:pPr>
        <w:spacing w:after="60" w:before="0"/>
      </w:pPr>
      <w:r>
        <w:rPr>
          <w:rFonts w:ascii="Calibri" w:hAnsi="Calibri" w:eastAsia="Calibri"/>
          <w:b/>
          <w:sz w:val="22"/>
        </w:rPr>
        <w:t xml:space="preserve">Profession : </w:t>
      </w:r>
      <w:r>
        <w:rPr>
          <w:rFonts w:ascii="Calibri" w:hAnsi="Calibri" w:eastAsia="Calibri"/>
          <w:sz w:val="22"/>
          <w:highlight w:val="yellow"/>
        </w:rPr>
        <w:t>[profession]</w:t>
      </w:r>
    </w:p>
    <w:p>
      <w:pPr>
        <w:spacing w:after="120"/>
      </w:pP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 xml:space="preserve">Lien avec les parties : </w:t>
      </w:r>
      <w:r>
        <w:rPr>
          <w:rFonts w:ascii="Calibri" w:hAnsi="Calibri" w:eastAsia="Calibri"/>
          <w:sz w:val="22"/>
          <w:highlight w:val="yellow"/>
        </w:rPr>
        <w:t>[Indiquer si vous avez un lien de parenté ou d’alliance, de subordination (employeur, salarié), de collaboration ou de communauté d’intérêts avec l’une ou l’autre des parties — par exemple : « sœur de Madame X », « collègue de travail de Monsieur Y », « voisin, sans lien de parenté ». En l’absence de lien, écrire : « Je n’ai aucun lien de parenté, d’alliance, de subordination, de collaboration ou de communauté d’intérêts avec les parties. »]</w:t>
      </w:r>
    </w:p>
    <w:p>
      <w:pPr>
        <w:spacing w:after="160" w:before="0"/>
        <w:jc w:val="both"/>
      </w:pPr>
      <w:r>
        <w:rPr>
          <w:rFonts w:ascii="Calibri" w:hAnsi="Calibri" w:eastAsia="Calibri"/>
          <w:b/>
          <w:sz w:val="22"/>
        </w:rPr>
        <w:t>Je déclare que la présente attestation est établie en vue de sa production en justice et que j’ai connaissance qu’une fausse attestation de ma part m’expose à des sanctions pénales.</w:t>
      </w:r>
    </w:p>
    <w:p>
      <w:pPr>
        <w:spacing w:after="80" w:before="0"/>
        <w:jc w:val="both"/>
      </w:pPr>
      <w:r>
        <w:rPr>
          <w:rFonts w:ascii="Calibri" w:hAnsi="Calibri" w:eastAsia="Calibri"/>
          <w:b/>
          <w:sz w:val="22"/>
        </w:rPr>
        <w:t>J’atteste avoir personnellement constaté les faits suivants :</w:t>
      </w:r>
    </w:p>
    <w:p>
      <w:pPr>
        <w:spacing w:after="160" w:before="0"/>
        <w:jc w:val="both"/>
      </w:pPr>
      <w:r>
        <w:rPr>
          <w:rFonts w:ascii="Calibri" w:hAnsi="Calibri" w:eastAsia="Calibri"/>
          <w:sz w:val="22"/>
          <w:highlight w:val="yellow"/>
        </w:rPr>
        <w:t>[Relater uniquement ce que vous avez vu ou entendu vous-même, de façon précise et datée : le jour, l’heure, le lieu, les personnes présentes, les paroles et les gestes. Exemple : « Le 12 mars, vers 18 h, devant l’école …, j’ai vu … ». N’écrivez pas ce qu’on vous a rapporté, ni votre opinion sur les personnes.]</w:t>
      </w:r>
    </w:p>
    <w:p>
      <w:pPr>
        <w:spacing w:after="280" w:before="0"/>
        <w:jc w:val="both"/>
      </w:pPr>
      <w:r>
        <w:rPr>
          <w:rFonts w:ascii="Calibri" w:hAnsi="Calibri" w:eastAsia="Calibri"/>
          <w:sz w:val="22"/>
          <w:highlight w:val="yellow"/>
        </w:rPr>
        <w:t>[Suite des faits, un paragraphe par événement.]</w:t>
      </w:r>
    </w:p>
    <w:p>
      <w:pPr>
        <w:spacing w:after="120" w:before="0"/>
      </w:pPr>
      <w:r>
        <w:rPr>
          <w:rFonts w:ascii="Calibri" w:hAnsi="Calibri" w:eastAsia="Calibri"/>
          <w:sz w:val="22"/>
        </w:rPr>
        <w:t xml:space="preserve">Fait à </w:t>
      </w:r>
      <w:r>
        <w:rPr>
          <w:rFonts w:ascii="Calibri" w:hAnsi="Calibri" w:eastAsia="Calibri"/>
          <w:sz w:val="22"/>
          <w:highlight w:val="yellow"/>
        </w:rPr>
        <w:t>[lieu]</w:t>
      </w:r>
      <w:r>
        <w:rPr>
          <w:rFonts w:ascii="Calibri" w:hAnsi="Calibri" w:eastAsia="Calibri"/>
          <w:sz w:val="22"/>
        </w:rPr>
        <w:t xml:space="preserve">, le </w:t>
      </w:r>
      <w:r>
        <w:rPr>
          <w:rFonts w:ascii="Calibri" w:hAnsi="Calibri" w:eastAsia="Calibri"/>
          <w:sz w:val="22"/>
          <w:highlight w:val="yellow"/>
        </w:rPr>
        <w:t>[date]</w:t>
      </w:r>
    </w:p>
    <w:p>
      <w:pPr>
        <w:spacing w:after="280" w:before="0"/>
      </w:pPr>
      <w:r>
        <w:rPr>
          <w:rFonts w:ascii="Calibri" w:hAnsi="Calibri" w:eastAsia="Calibri"/>
          <w:b/>
          <w:sz w:val="22"/>
        </w:rPr>
        <w:t xml:space="preserve">Signature : </w:t>
      </w:r>
      <w:r>
        <w:rPr>
          <w:rFonts w:ascii="Calibri" w:hAnsi="Calibri" w:eastAsia="Calibri"/>
          <w:sz w:val="22"/>
          <w:highlight w:val="yellow"/>
        </w:rPr>
        <w:t>[signature manuscrite]</w:t>
      </w:r>
    </w:p>
    <w:p>
      <w:pPr>
        <w:spacing w:after="80" w:before="0"/>
      </w:pPr>
      <w:r>
        <w:rPr>
          <w:rFonts w:ascii="Calibri" w:hAnsi="Calibri" w:eastAsia="Calibri"/>
          <w:b/>
          <w:sz w:val="22"/>
        </w:rPr>
        <w:t xml:space="preserve">Pièce jointe : </w:t>
      </w:r>
      <w:r>
        <w:rPr>
          <w:rFonts w:ascii="Calibri" w:hAnsi="Calibri" w:eastAsia="Calibri"/>
          <w:sz w:val="22"/>
        </w:rPr>
        <w:t>copie recto verso d’un document officiel justifiant de mon identité et comportant ma signature (carte d’identité, passeport, titre de séjour, permis de conduire).</w:t>
      </w:r>
    </w:p>
    <w:p>
      <w:r>
        <w:br w:type="page"/>
      </w:r>
    </w:p>
    <w:p>
      <w:pPr>
        <w:spacing w:after="80" w:before="0"/>
      </w:pPr>
      <w:r>
        <w:rPr>
          <w:rFonts w:ascii="Calibri" w:hAnsi="Calibri" w:eastAsia="Calibri"/>
          <w:b/>
          <w:sz w:val="26"/>
        </w:rPr>
        <w:t>Notes pratiques — à supprimer avant utilisation</w:t>
      </w:r>
    </w:p>
    <w:p>
      <w:pPr>
        <w:spacing w:after="120"/>
      </w:pP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Selon l’article 202 du code de procédure civile, l’attestation contient la relation des faits auxquels son auteur a assisté ou qu’il a personnellement constatés. Elle mentionne les nom, prénoms, date et lieu de naissance, demeure et profession de son auteur, ainsi que, s’il y a lieu, son lien de parenté ou d’alliance avec les parties, de subordination à leur égard, de collaboration ou de communauté d’intérêts avec elles.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Elle indique en outre qu’elle est établie en vue de sa production en justice et que son auteur a connaissance qu’une fausse attestation de sa part l’expose à des sanctions pénales. Elle est écrite, datée et signée de la main de son auteur, qui y annexe, en original ou en photocopie, tout document officiel justifiant de son identité et comportant sa signature.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Établir une attestation faisant état de faits matériellement inexacts est un délit (article 441-7 du code pénal). N’attestez que de ce que vous avez réellement constaté.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Le formulaire Cerfa officiel d’attestation de témoin, disponible sur service-public.fr, peut être utilisé à la place de cette trame.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En matière de divorce, les descendants des époux (enfants, petits-enfants) ne peuvent jamais être entendus sur les griefs invoqués par les époux : ne leur demandez pas d’attestation à ce sujet.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Le juge apprécie librement la valeur d’une attestation, même si une mention manque ; mais une attestation complète, précise et datée a beaucoup plus de poids.</w:t>
      </w:r>
    </w:p>
    <w:p>
      <w:pPr>
        <w:spacing w:after="100" w:before="0"/>
        <w:jc w:val="both"/>
      </w:pPr>
      <w:r>
        <w:rPr>
          <w:rFonts w:ascii="Calibri" w:hAnsi="Calibri" w:eastAsia="Calibri"/>
          <w:color w:val="374151"/>
          <w:sz w:val="20"/>
        </w:rPr>
        <w:t>• Remettez l’attestation originale à la personne qui vous l’a demandée ou à son avocat ; ne l’envoyez pas vous-même au tribunal.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Calibri" w:hAnsi="Calibri" w:eastAsia="Calibri"/>
        <w:color w:val="9AA5B1"/>
        <w:sz w:val="16"/>
      </w:rPr>
      <w:t>Modèle — Cabinet Gasimov, avocat à Strasbourg · www.avocat-gasimov.fr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/>
    <w:r>
      <w:rPr>
        <w:rFonts w:ascii="Calibri" w:hAnsi="Calibri" w:eastAsia="Calibri"/>
        <w:i/>
        <w:color w:val="6B7280"/>
        <w:sz w:val="17"/>
      </w:rPr>
      <w:t>Modèle fourni à titre informatif — à adapter à votre situation ; ne remplace pas un conseil personnalisé. Cabinet Gasimov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de témoin (article 202 du code de procédure civile)</dc:title>
  <dc:subject/>
  <dc:creator>Cabinet Gasimov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