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rFonts w:ascii="Calibri" w:hAnsi="Calibri" w:eastAsia="Calibri"/>
          <w:b/>
          <w:sz w:val="22"/>
        </w:rPr>
        <w:t>Attestation d’hébergement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>Je soussigné(e)</w:t>
      </w:r>
      <w:r>
        <w:rPr>
          <w:rFonts w:ascii="Calibri" w:hAnsi="Calibri" w:eastAsia="Calibri"/>
          <w:sz w:val="22"/>
        </w:rPr>
        <w:t xml:space="preserve"> : </w:t>
      </w:r>
      <w:r>
        <w:rPr>
          <w:rFonts w:ascii="Calibri" w:hAnsi="Calibri" w:eastAsia="Calibri"/>
          <w:sz w:val="22"/>
          <w:highlight w:val="yellow"/>
        </w:rPr>
        <w:t>[Prénom NOM]</w:t>
      </w:r>
      <w:r>
        <w:rPr>
          <w:rFonts w:ascii="Calibri" w:hAnsi="Calibri" w:eastAsia="Calibri"/>
          <w:sz w:val="22"/>
        </w:rPr>
        <w:t xml:space="preserve">, né(e)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à </w:t>
      </w:r>
      <w:r>
        <w:rPr>
          <w:rFonts w:ascii="Calibri" w:hAnsi="Calibri" w:eastAsia="Calibri"/>
          <w:sz w:val="22"/>
          <w:highlight w:val="yellow"/>
        </w:rPr>
        <w:t>[lieu]</w:t>
      </w:r>
      <w:r>
        <w:rPr>
          <w:rFonts w:ascii="Calibri" w:hAnsi="Calibri" w:eastAsia="Calibri"/>
          <w:sz w:val="22"/>
        </w:rPr>
        <w:t xml:space="preserve">, demeurant </w:t>
      </w:r>
      <w:r>
        <w:rPr>
          <w:rFonts w:ascii="Calibri" w:hAnsi="Calibri" w:eastAsia="Calibri"/>
          <w:sz w:val="22"/>
          <w:highlight w:val="yellow"/>
        </w:rPr>
        <w:t>[adresse complète de l’hébergeur]</w:t>
      </w:r>
      <w:r>
        <w:rPr>
          <w:rFonts w:ascii="Calibri" w:hAnsi="Calibri" w:eastAsia="Calibri"/>
          <w:sz w:val="22"/>
        </w:rPr>
        <w:t>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atteste héberger à mon domicile, à titre </w:t>
      </w:r>
      <w:r>
        <w:rPr>
          <w:rFonts w:ascii="Calibri" w:hAnsi="Calibri" w:eastAsia="Calibri"/>
          <w:sz w:val="22"/>
          <w:highlight w:val="yellow"/>
        </w:rPr>
        <w:t>[gratuit / onéreux]</w:t>
      </w:r>
      <w:r>
        <w:rPr>
          <w:rFonts w:ascii="Calibri" w:hAnsi="Calibri" w:eastAsia="Calibri"/>
          <w:sz w:val="22"/>
        </w:rPr>
        <w:t xml:space="preserve">, depuis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: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Personne hébergée : </w:t>
      </w:r>
      <w:r>
        <w:rPr>
          <w:rFonts w:ascii="Calibri" w:hAnsi="Calibri" w:eastAsia="Calibri"/>
          <w:sz w:val="22"/>
          <w:highlight w:val="yellow"/>
        </w:rPr>
        <w:t>[Prénom NOM]</w:t>
      </w:r>
      <w:r>
        <w:rPr>
          <w:rFonts w:ascii="Calibri" w:hAnsi="Calibri" w:eastAsia="Calibri"/>
          <w:sz w:val="22"/>
        </w:rPr>
        <w:t xml:space="preserve">, né(e)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à </w:t>
      </w:r>
      <w:r>
        <w:rPr>
          <w:rFonts w:ascii="Calibri" w:hAnsi="Calibri" w:eastAsia="Calibri"/>
          <w:sz w:val="22"/>
          <w:highlight w:val="yellow"/>
        </w:rPr>
        <w:t>[lieu]</w:t>
      </w:r>
      <w:r>
        <w:rPr>
          <w:rFonts w:ascii="Calibri" w:hAnsi="Calibri" w:eastAsia="Calibri"/>
          <w:sz w:val="22"/>
        </w:rPr>
        <w:t xml:space="preserve">, de nationalité </w:t>
      </w:r>
      <w:r>
        <w:rPr>
          <w:rFonts w:ascii="Calibri" w:hAnsi="Calibri" w:eastAsia="Calibri"/>
          <w:sz w:val="22"/>
          <w:highlight w:val="yellow"/>
        </w:rPr>
        <w:t>[…]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Adresse de l’hébergement : </w:t>
      </w:r>
      <w:r>
        <w:rPr>
          <w:rFonts w:ascii="Calibri" w:hAnsi="Calibri" w:eastAsia="Calibri"/>
          <w:sz w:val="22"/>
          <w:highlight w:val="yellow"/>
        </w:rPr>
        <w:t>[adresse complète — si différente, le préciser]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Je m’engage à signaler tout changement de situation susceptible d’affecter la présente attestation.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Fait à </w:t>
      </w: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Signature de l’hébergeur : </w:t>
      </w:r>
      <w:r>
        <w:rPr>
          <w:rFonts w:ascii="Calibri" w:hAnsi="Calibri" w:eastAsia="Calibri"/>
          <w:sz w:val="22"/>
          <w:highlight w:val="yellow"/>
        </w:rPr>
        <w:t>[…]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Pièces souvent demandées (à vérifier selon l’organisme) : </w:t>
      </w:r>
      <w:r>
        <w:rPr>
          <w:rFonts w:ascii="Calibri" w:hAnsi="Calibri" w:eastAsia="Calibri"/>
          <w:sz w:val="22"/>
        </w:rPr>
        <w:t>justificatif de domicile de l’hébergeur, pièce d’identité, et le cas échéant justificatif de lien / ressources — la liste exacte dépend du destinataire.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Ce modèle n’est pas le Cerfa d’attestation d’accueil (formalités d’entrée sur le territoire). Pour l’accueil d’un étranger, utilisez la procédure / Cerfa officiels.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Certaines administrations refusent les attestations trop anciennes ou incomplètes ; vérifiez leurs exigences.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Une fausse attestation peut constituer une infraction. Ne signez que des faits exacts.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d’hébergement (modèle cabinet)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