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Calibri" w:hAnsi="Calibri" w:eastAsia="Calibri"/>
          <w:b/>
          <w:sz w:val="26"/>
        </w:rPr>
        <w:t>ATTESTATION DE DOMICILIATION DU SIÈGE SOCIAL</w:t>
      </w:r>
    </w:p>
    <w:p>
      <w:pPr>
        <w:spacing w:after="80" w:before="0"/>
        <w:jc w:val="center"/>
      </w:pPr>
      <w:r>
        <w:rPr>
          <w:rFonts w:ascii="Calibri" w:hAnsi="Calibri" w:eastAsia="Calibri"/>
          <w:b/>
          <w:sz w:val="26"/>
        </w:rPr>
        <w:t>AU DOMICILE DU REPRÉSENTANT LÉGAL</w:t>
      </w:r>
    </w:p>
    <w:p>
      <w:pPr>
        <w:spacing w:after="280" w:before="0"/>
        <w:jc w:val="center"/>
      </w:pPr>
      <w:r>
        <w:rPr>
          <w:rFonts w:ascii="Calibri" w:hAnsi="Calibri" w:eastAsia="Calibri"/>
          <w:i/>
          <w:sz w:val="20"/>
        </w:rPr>
        <w:t>Article L. 123-11-1 du code de commerce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soussigné(e) </w:t>
      </w:r>
      <w:r>
        <w:rPr>
          <w:rFonts w:ascii="Calibri" w:hAnsi="Calibri" w:eastAsia="Calibri"/>
          <w:sz w:val="22"/>
          <w:highlight w:val="yellow"/>
        </w:rPr>
        <w:t>[Prénom NOM]</w:t>
      </w:r>
      <w:r>
        <w:rPr>
          <w:rFonts w:ascii="Calibri" w:hAnsi="Calibri" w:eastAsia="Calibri"/>
          <w:sz w:val="22"/>
        </w:rPr>
        <w:t xml:space="preserve">, né(e)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à </w:t>
      </w:r>
      <w:r>
        <w:rPr>
          <w:rFonts w:ascii="Calibri" w:hAnsi="Calibri" w:eastAsia="Calibri"/>
          <w:sz w:val="22"/>
          <w:highlight w:val="yellow"/>
        </w:rPr>
        <w:t>[lieu]</w:t>
      </w:r>
      <w:r>
        <w:rPr>
          <w:rFonts w:ascii="Calibri" w:hAnsi="Calibri" w:eastAsia="Calibri"/>
          <w:sz w:val="22"/>
        </w:rPr>
        <w:t xml:space="preserve">, demeurant </w:t>
      </w:r>
      <w:r>
        <w:rPr>
          <w:rFonts w:ascii="Calibri" w:hAnsi="Calibri" w:eastAsia="Calibri"/>
          <w:sz w:val="22"/>
          <w:highlight w:val="yellow"/>
        </w:rPr>
        <w:t>[adresse complète du logement]</w:t>
      </w:r>
      <w:r>
        <w:rPr>
          <w:rFonts w:ascii="Calibri" w:hAnsi="Calibri" w:eastAsia="Calibri"/>
          <w:sz w:val="22"/>
        </w:rPr>
        <w:t>,</w:t>
      </w:r>
    </w:p>
    <w:p>
      <w:pPr>
        <w:spacing w:after="120" w:before="0"/>
        <w:jc w:val="both"/>
      </w:pPr>
      <w:r>
        <w:rPr>
          <w:rFonts w:ascii="Calibri" w:hAnsi="Calibri" w:eastAsia="Calibri"/>
          <w:sz w:val="22"/>
        </w:rPr>
        <w:t xml:space="preserve">agissant en qualité de </w:t>
      </w:r>
      <w:r>
        <w:rPr>
          <w:rFonts w:ascii="Calibri" w:hAnsi="Calibri" w:eastAsia="Calibri"/>
          <w:sz w:val="22"/>
          <w:highlight w:val="yellow"/>
        </w:rPr>
        <w:t>[futur Président / futur gérant / Président / gérant]</w:t>
      </w:r>
      <w:r>
        <w:rPr>
          <w:rFonts w:ascii="Calibri" w:hAnsi="Calibri" w:eastAsia="Calibri"/>
          <w:sz w:val="22"/>
        </w:rPr>
        <w:t xml:space="preserve"> et représentant légal de la société </w:t>
      </w:r>
      <w:r>
        <w:rPr>
          <w:rFonts w:ascii="Calibri" w:hAnsi="Calibri" w:eastAsia="Calibri"/>
          <w:sz w:val="22"/>
          <w:highlight w:val="yellow"/>
        </w:rPr>
        <w:t>[DÉNOMINATION]</w:t>
      </w:r>
      <w:r>
        <w:rPr>
          <w:rFonts w:ascii="Calibri" w:hAnsi="Calibri" w:eastAsia="Calibri"/>
          <w:sz w:val="22"/>
        </w:rPr>
        <w:t xml:space="preserve">, </w:t>
      </w:r>
      <w:r>
        <w:rPr>
          <w:rFonts w:ascii="Calibri" w:hAnsi="Calibri" w:eastAsia="Calibri"/>
          <w:sz w:val="22"/>
          <w:highlight w:val="yellow"/>
        </w:rPr>
        <w:t>[forme]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[en cours de formation / au capital de … €, immatriculée au RCS de … sous le n° …]</w:t>
      </w:r>
      <w:r>
        <w:rPr>
          <w:rFonts w:ascii="Calibri" w:hAnsi="Calibri" w:eastAsia="Calibri"/>
          <w:sz w:val="22"/>
        </w:rPr>
        <w:t>,</w:t>
      </w:r>
    </w:p>
    <w:p>
      <w:pPr>
        <w:spacing w:after="120" w:before="0"/>
      </w:pPr>
      <w:r>
        <w:rPr>
          <w:rFonts w:ascii="Calibri" w:hAnsi="Calibri" w:eastAsia="Calibri"/>
          <w:b/>
          <w:sz w:val="22"/>
        </w:rPr>
        <w:t>atteste que :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1. Le logement situé </w:t>
      </w:r>
      <w:r>
        <w:rPr>
          <w:rFonts w:ascii="Calibri" w:hAnsi="Calibri" w:eastAsia="Calibri"/>
          <w:sz w:val="22"/>
          <w:highlight w:val="yellow"/>
        </w:rPr>
        <w:t>[adresse]</w:t>
      </w:r>
      <w:r>
        <w:rPr>
          <w:rFonts w:ascii="Calibri" w:hAnsi="Calibri" w:eastAsia="Calibri"/>
          <w:sz w:val="22"/>
        </w:rPr>
        <w:t xml:space="preserve"> constitue mon domicile ; j’en suis </w:t>
      </w:r>
      <w:r>
        <w:rPr>
          <w:rFonts w:ascii="Calibri" w:hAnsi="Calibri" w:eastAsia="Calibri"/>
          <w:sz w:val="22"/>
          <w:highlight w:val="yellow"/>
        </w:rPr>
        <w:t>[propriétaire / locataire en vertu d’un bail du … consenti par … / occupant en vertu de …]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2. J’autorise la société à y installer son siège social </w:t>
      </w:r>
      <w:r>
        <w:rPr>
          <w:rFonts w:ascii="Calibri" w:hAnsi="Calibri" w:eastAsia="Calibri"/>
          <w:sz w:val="22"/>
          <w:highlight w:val="yellow"/>
        </w:rPr>
        <w:t>[dès sa création / à compter du …]</w:t>
      </w:r>
      <w:r>
        <w:rPr>
          <w:rFonts w:ascii="Calibri" w:hAnsi="Calibri" w:eastAsia="Calibri"/>
          <w:sz w:val="22"/>
          <w:highlight w:val="yellow"/>
        </w:rPr>
        <w:t>[, et à y exercer son activité]</w:t>
      </w:r>
      <w:r>
        <w:rPr>
          <w:rFonts w:ascii="Calibri" w:hAnsi="Calibri" w:eastAsia="Calibri"/>
          <w:sz w:val="22"/>
        </w:rPr>
        <w:t>, en application de l’article L. 123-11-1 du code de commerce.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3. </w:t>
      </w:r>
      <w:r>
        <w:rPr>
          <w:rFonts w:ascii="Calibri" w:hAnsi="Calibri" w:eastAsia="Calibri"/>
          <w:b/>
          <w:sz w:val="22"/>
          <w:highlight w:val="yellow"/>
        </w:rPr>
        <w:t>[Option A]</w:t>
      </w:r>
      <w:r>
        <w:rPr>
          <w:rFonts w:ascii="Calibri" w:hAnsi="Calibri" w:eastAsia="Calibri"/>
          <w:sz w:val="22"/>
        </w:rPr>
        <w:t xml:space="preserve"> À ma connaissance, aucune disposition législative ni aucune stipulation de mon bail, du règlement de copropriété ou d’un autre contrat ne s’oppose à cette installation.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  <w:highlight w:val="yellow"/>
        </w:rPr>
        <w:t>[Option B — réservée à une société en formation ou créée depuis moins de cinq ans]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[Une stipulation du bail / Une clause du règlement de copropriété / La disposition suivante : …]</w:t>
      </w:r>
      <w:r>
        <w:rPr>
          <w:rFonts w:ascii="Calibri" w:hAnsi="Calibri" w:eastAsia="Calibri"/>
          <w:sz w:val="22"/>
        </w:rPr>
        <w:t xml:space="preserve"> s’oppose à l’installation du siège dans ce logement. La société </w:t>
      </w:r>
      <w:r>
        <w:rPr>
          <w:rFonts w:ascii="Calibri" w:hAnsi="Calibri" w:eastAsia="Calibri"/>
          <w:sz w:val="22"/>
          <w:highlight w:val="yellow"/>
        </w:rPr>
        <w:t>[est en cours de formation / a été créée le …]</w:t>
      </w:r>
      <w:r>
        <w:rPr>
          <w:rFonts w:ascii="Calibri" w:hAnsi="Calibri" w:eastAsia="Calibri"/>
          <w:sz w:val="22"/>
        </w:rPr>
        <w:t xml:space="preserve">. Le siège y est donc installé pour une durée qui ne pourra ni excéder cinq ans à compter de la création de la société, </w:t>
      </w:r>
      <w:r>
        <w:rPr>
          <w:rFonts w:ascii="Calibri" w:hAnsi="Calibri" w:eastAsia="Calibri"/>
          <w:sz w:val="22"/>
          <w:highlight w:val="yellow"/>
        </w:rPr>
        <w:t>[soit au plus tard jusqu’au …]</w:t>
      </w:r>
      <w:r>
        <w:rPr>
          <w:rFonts w:ascii="Calibri" w:hAnsi="Calibri" w:eastAsia="Calibri"/>
          <w:sz w:val="22"/>
        </w:rPr>
        <w:t xml:space="preserve">, ni dépasser le terme de l’occupation des locaux. J’ai notifié par écrit,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</w:t>
      </w:r>
      <w:r>
        <w:rPr>
          <w:rFonts w:ascii="Calibri" w:hAnsi="Calibri" w:eastAsia="Calibri"/>
          <w:sz w:val="22"/>
          <w:highlight w:val="yellow"/>
        </w:rPr>
        <w:t>[au bailleur / au syndicat de la copropriété / au représentant de l’ensemble immobilier]</w:t>
      </w:r>
      <w:r>
        <w:rPr>
          <w:rFonts w:ascii="Calibri" w:hAnsi="Calibri" w:eastAsia="Calibri"/>
          <w:sz w:val="22"/>
        </w:rPr>
        <w:t xml:space="preserve"> l’intention de la société d’user de cette faculté (copie jointe). Avant l’expiration de cette période, la société communiquera au greffe les éléments justifiant son changement de situation.</w:t>
      </w:r>
    </w:p>
    <w:p>
      <w:pPr>
        <w:spacing w:after="160" w:before="0"/>
        <w:jc w:val="both"/>
      </w:pPr>
      <w:r>
        <w:rPr>
          <w:rFonts w:ascii="Calibri" w:hAnsi="Calibri" w:eastAsia="Calibri"/>
          <w:i/>
          <w:sz w:val="22"/>
          <w:highlight w:val="yellow"/>
        </w:rPr>
        <w:t>[À supprimer avant signature — option B : la durée de cinq ans court à compter de la création de la société, et non du transfert du siège. Une société créée depuis cinq ans ou plus ne peut pas utiliser cette option : tant que la disposition ou la stipulation contraire subsiste, son siège ne peut pas être installé dans ce logement.]</w:t>
      </w:r>
    </w:p>
    <w:p>
      <w:pPr>
        <w:spacing w:after="200" w:before="0"/>
        <w:jc w:val="both"/>
      </w:pPr>
      <w:r>
        <w:rPr>
          <w:rFonts w:ascii="Calibri" w:hAnsi="Calibri" w:eastAsia="Calibri"/>
          <w:sz w:val="22"/>
        </w:rPr>
        <w:t>4. Cette domiciliation n’entraîne ni changement de destination de l’immeuble, ni application du statut des baux commerciaux.</w:t>
      </w:r>
    </w:p>
    <w:p>
      <w:pPr>
        <w:spacing w:after="200" w:before="0"/>
        <w:jc w:val="both"/>
      </w:pPr>
      <w:r>
        <w:rPr>
          <w:rFonts w:ascii="Calibri" w:hAnsi="Calibri" w:eastAsia="Calibri"/>
          <w:sz w:val="22"/>
        </w:rPr>
        <w:t>Pièces jointes : justificatif récent faisant apparaître l’adresse du siège (</w:t>
      </w:r>
      <w:r>
        <w:rPr>
          <w:rFonts w:ascii="Calibri" w:hAnsi="Calibri" w:eastAsia="Calibri"/>
          <w:sz w:val="22"/>
          <w:highlight w:val="yellow"/>
        </w:rPr>
        <w:t>[facture d’eau, d’électricité ou de gaz / autre justificatif admis par le guichet]</w:t>
      </w:r>
      <w:r>
        <w:rPr>
          <w:rFonts w:ascii="Calibri" w:hAnsi="Calibri" w:eastAsia="Calibri"/>
          <w:sz w:val="22"/>
        </w:rPr>
        <w:t>)</w:t>
      </w:r>
      <w:r>
        <w:rPr>
          <w:rFonts w:ascii="Calibri" w:hAnsi="Calibri" w:eastAsia="Calibri"/>
          <w:sz w:val="22"/>
          <w:highlight w:val="yellow"/>
        </w:rPr>
        <w:t>[ ; copie de la notification écrite (option B)]</w:t>
      </w:r>
      <w:r>
        <w:rPr>
          <w:rFonts w:ascii="Calibri" w:hAnsi="Calibri" w:eastAsia="Calibri"/>
          <w:sz w:val="22"/>
        </w:rPr>
        <w:t>.</w:t>
      </w:r>
    </w:p>
    <w:p>
      <w:pPr>
        <w:keepNext/>
        <w:keepLines/>
        <w:spacing w:after="280" w:before="0"/>
        <w:jc w:val="both"/>
      </w:pPr>
      <w:r>
        <w:rPr>
          <w:rFonts w:ascii="Calibri" w:hAnsi="Calibri" w:eastAsia="Calibri"/>
          <w:sz w:val="22"/>
        </w:rPr>
        <w:t xml:space="preserve">Fait à </w:t>
      </w: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.</w:t>
      </w:r>
    </w:p>
    <w:p>
      <w:pPr>
        <w:keepNext/>
        <w:keepLines/>
        <w:spacing w:after="40" w:before="0"/>
      </w:pPr>
      <w:r>
        <w:rPr>
          <w:rFonts w:ascii="Calibri" w:hAnsi="Calibri" w:eastAsia="Calibri"/>
          <w:b/>
          <w:sz w:val="22"/>
        </w:rPr>
        <w:t>Signature du représentant légal</w:t>
      </w:r>
    </w:p>
    <w:p>
      <w:pPr>
        <w:keepLines/>
        <w:spacing w:after="200" w:before="0"/>
      </w:pPr>
      <w:r>
        <w:rPr>
          <w:rFonts w:ascii="Calibri" w:hAnsi="Calibri" w:eastAsia="Calibri"/>
          <w:sz w:val="22"/>
          <w:highlight w:val="yellow"/>
        </w:rPr>
        <w:t>[Prénom NOM — signature]</w:t>
      </w:r>
    </w:p>
    <w:p>
      <w:r>
        <w:br w:type="page"/>
      </w:r>
    </w:p>
    <w:p>
      <w:pPr>
        <w:spacing w:after="80" w:before="0"/>
        <w:jc w:val="center"/>
      </w:pPr>
      <w:r>
        <w:rPr>
          <w:rFonts w:ascii="Calibri" w:hAnsi="Calibri" w:eastAsia="Calibri"/>
          <w:b/>
          <w:sz w:val="24"/>
        </w:rPr>
        <w:t>ANNEXE — NOTIFICATION PRÉALABLE (option B uniquement)</w:t>
      </w:r>
    </w:p>
    <w:p>
      <w:pPr>
        <w:spacing w:after="280" w:before="0"/>
        <w:jc w:val="center"/>
      </w:pPr>
      <w:r>
        <w:rPr>
          <w:rFonts w:ascii="Calibri" w:hAnsi="Calibri" w:eastAsia="Calibri"/>
          <w:i/>
          <w:sz w:val="20"/>
        </w:rPr>
        <w:t>À envoyer avant le dépôt de la demande d’immatriculation ou de modification — société en formation ou créée depuis moins de cinq ans</w:t>
      </w:r>
    </w:p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 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 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[Nom du bailleur / Syndic de la copropriété … / Représentant de l’ensemble immobilier]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 : </w:t>
      </w:r>
      <w:r>
        <w:rPr>
          <w:rFonts w:ascii="Calibri" w:hAnsi="Calibri" w:eastAsia="Calibri"/>
          <w:b/>
          <w:sz w:val="22"/>
        </w:rPr>
        <w:t xml:space="preserve">installation du siège social de la société </w:t>
      </w:r>
      <w:r>
        <w:rPr>
          <w:rFonts w:ascii="Calibri" w:hAnsi="Calibri" w:eastAsia="Calibri"/>
          <w:b/>
          <w:sz w:val="22"/>
          <w:highlight w:val="yellow"/>
        </w:rPr>
        <w:t>[DÉNOMINATION]</w:t>
      </w:r>
      <w:r>
        <w:rPr>
          <w:rFonts w:ascii="Calibri" w:hAnsi="Calibri" w:eastAsia="Calibri"/>
          <w:b/>
          <w:sz w:val="22"/>
        </w:rPr>
        <w:t xml:space="preserve"> à mon domicile</w:t>
      </w:r>
    </w:p>
    <w:p>
      <w:pPr>
        <w:spacing w:after="200" w:before="0"/>
      </w:pPr>
      <w:r>
        <w:rPr>
          <w:rFonts w:ascii="Calibri" w:hAnsi="Calibri" w:eastAsia="Calibri"/>
          <w:sz w:val="22"/>
        </w:rPr>
        <w:t xml:space="preserve">Réf. : </w:t>
      </w:r>
      <w:r>
        <w:rPr>
          <w:rFonts w:ascii="Calibri" w:hAnsi="Calibri" w:eastAsia="Calibri"/>
          <w:sz w:val="22"/>
          <w:highlight w:val="yellow"/>
        </w:rPr>
        <w:t>[références du bail ou du lot de copropriété]</w:t>
      </w:r>
    </w:p>
    <w:p>
      <w:pPr>
        <w:spacing w:after="160" w:before="0"/>
      </w:pPr>
      <w:r>
        <w:rPr>
          <w:rFonts w:ascii="Calibri" w:hAnsi="Calibri" w:eastAsia="Calibri"/>
          <w:sz w:val="22"/>
        </w:rPr>
        <w:t>Madame, Monsieur,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suis le représentant légal de la société </w:t>
      </w:r>
      <w:r>
        <w:rPr>
          <w:rFonts w:ascii="Calibri" w:hAnsi="Calibri" w:eastAsia="Calibri"/>
          <w:sz w:val="22"/>
          <w:highlight w:val="yellow"/>
        </w:rPr>
        <w:t>[DÉNOMINATION]</w:t>
      </w:r>
      <w:r>
        <w:rPr>
          <w:rFonts w:ascii="Calibri" w:hAnsi="Calibri" w:eastAsia="Calibri"/>
          <w:sz w:val="22"/>
        </w:rPr>
        <w:t xml:space="preserve">, </w:t>
      </w:r>
      <w:r>
        <w:rPr>
          <w:rFonts w:ascii="Calibri" w:hAnsi="Calibri" w:eastAsia="Calibri"/>
          <w:sz w:val="22"/>
          <w:highlight w:val="yellow"/>
        </w:rPr>
        <w:t>[forme]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[en cours de formation / créée le … et immatriculée au RCS de … sous le n° …]</w:t>
      </w:r>
      <w:r>
        <w:rPr>
          <w:rFonts w:ascii="Calibri" w:hAnsi="Calibri" w:eastAsia="Calibri"/>
          <w:sz w:val="22"/>
        </w:rPr>
        <w:t xml:space="preserve">, dont l’objet </w:t>
      </w:r>
      <w:r>
        <w:rPr>
          <w:rFonts w:ascii="Calibri" w:hAnsi="Calibri" w:eastAsia="Calibri"/>
          <w:sz w:val="22"/>
          <w:highlight w:val="yellow"/>
        </w:rPr>
        <w:t>[sera / est]</w:t>
      </w:r>
      <w:r>
        <w:rPr>
          <w:rFonts w:ascii="Calibri" w:hAnsi="Calibri" w:eastAsia="Calibri"/>
          <w:sz w:val="22"/>
        </w:rPr>
        <w:t xml:space="preserve"> : </w:t>
      </w:r>
      <w:r>
        <w:rPr>
          <w:rFonts w:ascii="Calibri" w:hAnsi="Calibri" w:eastAsia="Calibri"/>
          <w:sz w:val="22"/>
          <w:highlight w:val="yellow"/>
        </w:rPr>
        <w:t>[objet sommaire]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Conformément à l’article L. 123-11-1, alinéa 3, du code de commerce, je vous notifie l’intention de cette société d’installer son siège social à mon domicile, </w:t>
      </w:r>
      <w:r>
        <w:rPr>
          <w:rFonts w:ascii="Calibri" w:hAnsi="Calibri" w:eastAsia="Calibri"/>
          <w:sz w:val="22"/>
          <w:highlight w:val="yellow"/>
        </w:rPr>
        <w:t>[adresse du logement]</w:t>
      </w:r>
      <w:r>
        <w:rPr>
          <w:rFonts w:ascii="Calibri" w:hAnsi="Calibri" w:eastAsia="Calibri"/>
          <w:sz w:val="22"/>
        </w:rPr>
        <w:t xml:space="preserve">, préalablement au dépôt de sa demande </w:t>
      </w:r>
      <w:r>
        <w:rPr>
          <w:rFonts w:ascii="Calibri" w:hAnsi="Calibri" w:eastAsia="Calibri"/>
          <w:sz w:val="22"/>
          <w:highlight w:val="yellow"/>
        </w:rPr>
        <w:t>[d’immatriculation / de modification d’immatriculation]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Cette installation est faite pour une durée qui ne pourra ni excéder cinq ans à compter de la création de la société, </w:t>
      </w:r>
      <w:r>
        <w:rPr>
          <w:rFonts w:ascii="Calibri" w:hAnsi="Calibri" w:eastAsia="Calibri"/>
          <w:sz w:val="22"/>
          <w:highlight w:val="yellow"/>
        </w:rPr>
        <w:t>[soit au plus tard jusqu’au …]</w:t>
      </w:r>
      <w:r>
        <w:rPr>
          <w:rFonts w:ascii="Calibri" w:hAnsi="Calibri" w:eastAsia="Calibri"/>
          <w:sz w:val="22"/>
        </w:rPr>
        <w:t xml:space="preserve">, ni dépasser le terme de mon occupation des locaux. </w:t>
      </w:r>
      <w:r>
        <w:rPr>
          <w:rFonts w:ascii="Calibri" w:hAnsi="Calibri" w:eastAsia="Calibri"/>
          <w:sz w:val="22"/>
          <w:highlight w:val="yellow"/>
        </w:rPr>
        <w:t>[Le cas échéant : Aucune clientèle ne sera reçue et aucune marchandise ne sera entreposée dans le logement.]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Comme le prévoit le même article, il n’en résulte ni changement de destination de l’immeuble, ni application du statut des baux commerciaux.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20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pageBreakBefore/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Toute personne morale peut installer son siège au domicile de son représentant légal et y exercer une activité, sauf dispositions législatives ou stipulations contractuelles contraires (C. com., art. L. 123-11-1, al. 1er). Le texte vise le représentant légal (Président, gérant) : un simple associé ne peut pas offrir son domicile sur ce fondement.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présence d’un obstacle légal ou contractuel (bail d’habitation, règlement de copropriété…), le siège peut être installé au domicile pour cinq ans au plus à compter de la création, sans dépasser le terme de l’occupation des locaux ; la notification écrite au bailleur, au syndicat de la copropriété ou au représentant de l’ensemble immobilier doit précéder la demande d’immatriculation ou de modification (al. 2 et 3). Avant l’expiration de cette période, la société justifie de son changement de situation au greffe, sous peine de radiation d’office (al. 4). L’alinéa 2 ne mentionne que l’installation du siège : n’exercez pas d’activité dans le logement sans conseil préalable. Transfert du siège d’une société existante : la durée de cinq ans court à compter de la création de la société, non du transfert ; calculez le délai restant à partir de cette date ; si la société a cinq ans ou plus, l’option B est exclue.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Attention : la fiche F37412 d’entreprendre.service-public.fr présente la limite de cinq ans comme générale et ajoute des conditions (être propriétaire ou locataire, résidence principale) qui ne figurent pas dans l’article L. 123-11-1. En cas de doute, retenez la solution la plus prudente et faites relire le dossier.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La société doit justifier de la jouissance des locaux de son siège (C. com., art. L. 123-11). Le guichet unique demande un justificatif faisant apparaître une adresse clairement identifiable : facture d’eau, d’électricité ou de gaz, copie du bail, contrat de domiciliation… (fiche F35934).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Si vous êtes hébergé(e) par un tiers, ou si le logement ne peut pas accueillir le siège, envisagez un local dédié ou une entreprise de domiciliation : le contrat de domiciliation est écrit, conclu pour trois mois au moins et renouvelable par tacite reconduction, et mentionne les références de l’agrément du domiciliataire (C. com., art. R. 123-168) ; nul ne peut exercer l’activité de domiciliation sans avoir été préalablement agréé par l’autorité administrative (art. L. 123-11-3, I).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Votre adresse personnelle devient celle du siège : elle figurera dans les statuts, l’annonce légale et le registre. L’occultation prévue par l’article R. 123-54-1 du code de commerce porte sur l’adresse personnelle du dirigeant au RCS ; pour l’adresse du siège, service-public signale une possibilité de non-diffusion au registre national des entreprises (fiche F37412).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Service-public conseille également de s’informer auprès de la mairie des règles d’urbanisme applicables et de revoir le contrat d’assurance habitation (fiche F37412).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Un transfert ultérieur du siège est une modification des statuts, soumise à annonce légale et à déclaration sur le guichet unique.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 modèle est une base de travail : adaptez-le à votre situation, supprimez l’en-tête informatif, les surlignages et la présente page avant utilisation, et faites-le relire par un avocat avant toute signature ou tout dépôt.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 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domiciliation du siège au domicile du représentant légal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